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3B14" w:rsidRPr="00A53260" w:rsidRDefault="009802D5">
      <w:pPr>
        <w:pStyle w:val="aa"/>
        <w:jc w:val="center"/>
        <w:rPr>
          <w:rFonts w:ascii="新細明體" w:eastAsia="新細明體" w:hAnsi="新細明體"/>
          <w:sz w:val="40"/>
          <w:szCs w:val="24"/>
          <w:lang w:eastAsia="zh-TW"/>
        </w:rPr>
      </w:pPr>
      <w:r w:rsidRPr="00A53260">
        <w:rPr>
          <w:rFonts w:ascii="新細明體" w:eastAsia="新細明體" w:hAnsi="新細明體"/>
          <w:sz w:val="40"/>
          <w:szCs w:val="24"/>
          <w:lang w:eastAsia="zh-TW"/>
        </w:rPr>
        <w:t>2026</w:t>
      </w:r>
      <w:r w:rsidRPr="00A53260">
        <w:rPr>
          <w:rFonts w:ascii="新細明體" w:eastAsia="新細明體" w:hAnsi="新細明體"/>
          <w:sz w:val="40"/>
          <w:szCs w:val="24"/>
          <w:lang w:eastAsia="zh-TW"/>
        </w:rPr>
        <w:t>國立臺東大學學生三創競賽</w:t>
      </w:r>
    </w:p>
    <w:p w:rsidR="004B3B14" w:rsidRPr="00A53260" w:rsidRDefault="009802D5">
      <w:pPr>
        <w:jc w:val="center"/>
        <w:rPr>
          <w:rFonts w:ascii="新細明體" w:eastAsia="新細明體" w:hAnsi="新細明體"/>
          <w:sz w:val="36"/>
          <w:szCs w:val="24"/>
          <w:lang w:eastAsia="zh-TW"/>
        </w:rPr>
      </w:pPr>
      <w:r w:rsidRPr="00A53260">
        <w:rPr>
          <w:rFonts w:ascii="新細明體" w:eastAsia="新細明體" w:hAnsi="新細明體"/>
          <w:b/>
          <w:sz w:val="36"/>
          <w:szCs w:val="24"/>
          <w:lang w:eastAsia="zh-TW"/>
        </w:rPr>
        <w:t>獎金資訊表及決賽用餐需求回報</w:t>
      </w:r>
    </w:p>
    <w:p w:rsidR="004B3B14" w:rsidRPr="00A53260" w:rsidRDefault="009802D5">
      <w:pPr>
        <w:rPr>
          <w:rFonts w:ascii="新細明體" w:eastAsia="新細明體" w:hAnsi="新細明體"/>
          <w:sz w:val="28"/>
          <w:szCs w:val="24"/>
          <w:lang w:eastAsia="zh-TW"/>
        </w:rPr>
      </w:pPr>
      <w:r w:rsidRPr="00A53260">
        <w:rPr>
          <w:rFonts w:ascii="新細明體" w:eastAsia="新細明體" w:hAnsi="新細明體"/>
          <w:sz w:val="28"/>
          <w:szCs w:val="24"/>
          <w:lang w:eastAsia="zh-TW"/>
        </w:rPr>
        <w:t>請入圍團隊填妥次頁領款單及下方用餐需求表，並依以下說明繳交。</w:t>
      </w:r>
    </w:p>
    <w:p w:rsidR="004B3B14" w:rsidRPr="00A53260" w:rsidRDefault="009802D5">
      <w:pPr>
        <w:pStyle w:val="1"/>
        <w:rPr>
          <w:rFonts w:ascii="新細明體" w:eastAsia="新細明體" w:hAnsi="新細明體"/>
          <w:sz w:val="28"/>
          <w:szCs w:val="24"/>
          <w:lang w:eastAsia="zh-TW"/>
        </w:rPr>
      </w:pPr>
      <w:r w:rsidRPr="00A53260">
        <w:rPr>
          <w:rFonts w:ascii="新細明體" w:eastAsia="新細明體" w:hAnsi="新細明體"/>
          <w:sz w:val="28"/>
          <w:szCs w:val="24"/>
          <w:lang w:eastAsia="zh-TW"/>
        </w:rPr>
        <w:t>一、填寫及繳交說明</w:t>
      </w:r>
    </w:p>
    <w:p w:rsidR="004B3B14" w:rsidRPr="00A53260" w:rsidRDefault="009802D5">
      <w:pPr>
        <w:rPr>
          <w:rFonts w:ascii="新細明體" w:eastAsia="新細明體" w:hAnsi="新細明體"/>
          <w:sz w:val="28"/>
          <w:szCs w:val="24"/>
          <w:lang w:eastAsia="zh-TW"/>
        </w:rPr>
      </w:pPr>
      <w:r w:rsidRPr="00A53260">
        <w:rPr>
          <w:rFonts w:ascii="新細明體" w:eastAsia="新細明體" w:hAnsi="新細明體"/>
          <w:sz w:val="28"/>
          <w:szCs w:val="24"/>
          <w:lang w:eastAsia="zh-TW"/>
        </w:rPr>
        <w:t xml:space="preserve">1. </w:t>
      </w:r>
      <w:r w:rsidRPr="00A53260">
        <w:rPr>
          <w:rFonts w:ascii="新細明體" w:eastAsia="新細明體" w:hAnsi="新細明體"/>
          <w:sz w:val="28"/>
          <w:szCs w:val="24"/>
          <w:lang w:eastAsia="zh-TW"/>
        </w:rPr>
        <w:t>請填寫</w:t>
      </w:r>
      <w:r w:rsidRPr="00600074">
        <w:rPr>
          <w:rFonts w:ascii="新細明體" w:eastAsia="新細明體" w:hAnsi="新細明體"/>
          <w:b/>
          <w:sz w:val="28"/>
          <w:szCs w:val="24"/>
          <w:lang w:eastAsia="zh-TW"/>
        </w:rPr>
        <w:t>領款單</w:t>
      </w:r>
      <w:r w:rsidR="001E65C3" w:rsidRPr="001E65C3">
        <w:rPr>
          <w:rFonts w:ascii="新細明體" w:eastAsia="新細明體" w:hAnsi="新細明體" w:hint="eastAsia"/>
          <w:color w:val="FF0000"/>
          <w:sz w:val="28"/>
          <w:szCs w:val="24"/>
          <w:lang w:eastAsia="zh-TW"/>
        </w:rPr>
        <w:t>(紅色字體部份)</w:t>
      </w:r>
      <w:r w:rsidRPr="00A53260">
        <w:rPr>
          <w:rFonts w:ascii="新細明體" w:eastAsia="新細明體" w:hAnsi="新細明體"/>
          <w:sz w:val="28"/>
          <w:szCs w:val="24"/>
          <w:lang w:eastAsia="zh-TW"/>
        </w:rPr>
        <w:t>之具領人、競賽組別、團隊名稱、職稱、身分證字號或居留證號碼、戶籍地址及匯款資料。憑證黏貼單、獎金金額及領款日期由主辦單位填寫。</w:t>
      </w:r>
    </w:p>
    <w:p w:rsidR="004B3B14" w:rsidRPr="00A53260" w:rsidRDefault="009802D5">
      <w:pPr>
        <w:rPr>
          <w:rFonts w:ascii="新細明體" w:eastAsia="新細明體" w:hAnsi="新細明體"/>
          <w:sz w:val="28"/>
          <w:szCs w:val="24"/>
          <w:lang w:eastAsia="zh-TW"/>
        </w:rPr>
      </w:pPr>
      <w:r w:rsidRPr="00A53260">
        <w:rPr>
          <w:rFonts w:ascii="新細明體" w:eastAsia="新細明體" w:hAnsi="新細明體"/>
          <w:sz w:val="28"/>
          <w:szCs w:val="24"/>
          <w:lang w:eastAsia="zh-TW"/>
        </w:rPr>
        <w:t xml:space="preserve">2. </w:t>
      </w:r>
      <w:r w:rsidRPr="00A53260">
        <w:rPr>
          <w:rFonts w:ascii="新細明體" w:eastAsia="新細明體" w:hAnsi="新細明體"/>
          <w:sz w:val="28"/>
          <w:szCs w:val="24"/>
          <w:lang w:eastAsia="zh-TW"/>
        </w:rPr>
        <w:t>具領人請親筆簽名；具領人姓名須與匯款帳戶戶名一致，並附上存摺封面影本，以利核</w:t>
      </w:r>
      <w:bookmarkStart w:id="0" w:name="_GoBack"/>
      <w:bookmarkEnd w:id="0"/>
      <w:r w:rsidRPr="00A53260">
        <w:rPr>
          <w:rFonts w:ascii="新細明體" w:eastAsia="新細明體" w:hAnsi="新細明體"/>
          <w:sz w:val="28"/>
          <w:szCs w:val="24"/>
          <w:lang w:eastAsia="zh-TW"/>
        </w:rPr>
        <w:t>對。請優先提供郵局帳戶；其他金融機構之匯款手續費依校方規定辦理。</w:t>
      </w:r>
    </w:p>
    <w:p w:rsidR="004B3B14" w:rsidRPr="00A53260" w:rsidRDefault="009802D5">
      <w:pPr>
        <w:rPr>
          <w:rFonts w:ascii="新細明體" w:eastAsia="新細明體" w:hAnsi="新細明體"/>
          <w:b/>
          <w:color w:val="E36C0A" w:themeColor="accent6" w:themeShade="BF"/>
          <w:sz w:val="28"/>
          <w:szCs w:val="24"/>
          <w:lang w:eastAsia="zh-TW"/>
        </w:rPr>
      </w:pPr>
      <w:r w:rsidRPr="00A53260">
        <w:rPr>
          <w:rFonts w:ascii="新細明體" w:eastAsia="新細明體" w:hAnsi="新細明體"/>
          <w:color w:val="E36C0A" w:themeColor="accent6" w:themeShade="BF"/>
          <w:sz w:val="28"/>
          <w:szCs w:val="24"/>
        </w:rPr>
        <w:t xml:space="preserve">3. </w:t>
      </w:r>
      <w:r w:rsidRPr="00A53260">
        <w:rPr>
          <w:rFonts w:ascii="新細明體" w:eastAsia="新細明體" w:hAnsi="新細明體"/>
          <w:b/>
          <w:color w:val="E36C0A" w:themeColor="accent6" w:themeShade="BF"/>
          <w:sz w:val="28"/>
          <w:szCs w:val="24"/>
        </w:rPr>
        <w:t>請於</w:t>
      </w:r>
      <w:r w:rsidRPr="00A53260">
        <w:rPr>
          <w:rFonts w:ascii="新細明體" w:eastAsia="新細明體" w:hAnsi="新細明體"/>
          <w:b/>
          <w:color w:val="E36C0A" w:themeColor="accent6" w:themeShade="BF"/>
          <w:sz w:val="28"/>
          <w:szCs w:val="24"/>
        </w:rPr>
        <w:t>115</w:t>
      </w:r>
      <w:r w:rsidRPr="00A53260">
        <w:rPr>
          <w:rFonts w:ascii="新細明體" w:eastAsia="新細明體" w:hAnsi="新細明體"/>
          <w:b/>
          <w:color w:val="E36C0A" w:themeColor="accent6" w:themeShade="BF"/>
          <w:sz w:val="28"/>
          <w:szCs w:val="24"/>
        </w:rPr>
        <w:t>年</w:t>
      </w:r>
      <w:r w:rsidRPr="00A53260">
        <w:rPr>
          <w:rFonts w:ascii="新細明體" w:eastAsia="新細明體" w:hAnsi="新細明體"/>
          <w:b/>
          <w:color w:val="E36C0A" w:themeColor="accent6" w:themeShade="BF"/>
          <w:sz w:val="28"/>
          <w:szCs w:val="24"/>
        </w:rPr>
        <w:t>11</w:t>
      </w:r>
      <w:r w:rsidRPr="00A53260">
        <w:rPr>
          <w:rFonts w:ascii="新細明體" w:eastAsia="新細明體" w:hAnsi="新細明體"/>
          <w:b/>
          <w:color w:val="E36C0A" w:themeColor="accent6" w:themeShade="BF"/>
          <w:sz w:val="28"/>
          <w:szCs w:val="24"/>
        </w:rPr>
        <w:t>月</w:t>
      </w:r>
      <w:r w:rsidRPr="00A53260">
        <w:rPr>
          <w:rFonts w:ascii="新細明體" w:eastAsia="新細明體" w:hAnsi="新細明體"/>
          <w:b/>
          <w:color w:val="E36C0A" w:themeColor="accent6" w:themeShade="BF"/>
          <w:sz w:val="28"/>
          <w:szCs w:val="24"/>
        </w:rPr>
        <w:t>16</w:t>
      </w:r>
      <w:r w:rsidRPr="00A53260">
        <w:rPr>
          <w:rFonts w:ascii="新細明體" w:eastAsia="新細明體" w:hAnsi="新細明體"/>
          <w:b/>
          <w:color w:val="E36C0A" w:themeColor="accent6" w:themeShade="BF"/>
          <w:sz w:val="28"/>
          <w:szCs w:val="24"/>
        </w:rPr>
        <w:t>日（一）</w:t>
      </w:r>
      <w:r w:rsidRPr="00A53260">
        <w:rPr>
          <w:rFonts w:ascii="新細明體" w:eastAsia="新細明體" w:hAnsi="新細明體"/>
          <w:b/>
          <w:color w:val="E36C0A" w:themeColor="accent6" w:themeShade="BF"/>
          <w:sz w:val="28"/>
          <w:szCs w:val="24"/>
        </w:rPr>
        <w:t>17:00</w:t>
      </w:r>
      <w:r w:rsidRPr="00A53260">
        <w:rPr>
          <w:rFonts w:ascii="新細明體" w:eastAsia="新細明體" w:hAnsi="新細明體"/>
          <w:b/>
          <w:color w:val="E36C0A" w:themeColor="accent6" w:themeShade="BF"/>
          <w:sz w:val="28"/>
          <w:szCs w:val="24"/>
        </w:rPr>
        <w:t>前，將填妥資料、存摺封面影本及用餐需求回報表寄至</w:t>
      </w:r>
      <w:r w:rsidRPr="00A53260">
        <w:rPr>
          <w:rFonts w:ascii="新細明體" w:eastAsia="新細明體" w:hAnsi="新細明體"/>
          <w:b/>
          <w:color w:val="E36C0A" w:themeColor="accent6" w:themeShade="BF"/>
          <w:sz w:val="28"/>
          <w:szCs w:val="24"/>
        </w:rPr>
        <w:t>2026nttu.cie@gmail.com</w:t>
      </w:r>
      <w:r w:rsidRPr="00A53260">
        <w:rPr>
          <w:rFonts w:ascii="新細明體" w:eastAsia="新細明體" w:hAnsi="新細明體"/>
          <w:b/>
          <w:color w:val="E36C0A" w:themeColor="accent6" w:themeShade="BF"/>
          <w:sz w:val="28"/>
          <w:szCs w:val="24"/>
        </w:rPr>
        <w:t>。</w:t>
      </w:r>
      <w:r w:rsidRPr="00A53260">
        <w:rPr>
          <w:rFonts w:ascii="新細明體" w:eastAsia="新細明體" w:hAnsi="新細明體"/>
          <w:b/>
          <w:color w:val="E36C0A" w:themeColor="accent6" w:themeShade="BF"/>
          <w:sz w:val="28"/>
          <w:szCs w:val="24"/>
          <w:lang w:eastAsia="zh-TW"/>
        </w:rPr>
        <w:t>信件主旨：組別＿團隊名稱＿獎金資訊及用餐需求。</w:t>
      </w:r>
    </w:p>
    <w:p w:rsidR="004B3B14" w:rsidRPr="00A53260" w:rsidRDefault="009802D5">
      <w:pPr>
        <w:rPr>
          <w:rFonts w:ascii="新細明體" w:eastAsia="新細明體" w:hAnsi="新細明體"/>
          <w:sz w:val="28"/>
          <w:szCs w:val="24"/>
          <w:lang w:eastAsia="zh-TW"/>
        </w:rPr>
      </w:pPr>
      <w:r w:rsidRPr="00A53260">
        <w:rPr>
          <w:rFonts w:ascii="新細明體" w:eastAsia="新細明體" w:hAnsi="新細明體"/>
          <w:sz w:val="28"/>
          <w:szCs w:val="24"/>
          <w:lang w:eastAsia="zh-TW"/>
        </w:rPr>
        <w:t xml:space="preserve">4. </w:t>
      </w:r>
      <w:r w:rsidRPr="00A53260">
        <w:rPr>
          <w:rFonts w:ascii="新細明體" w:eastAsia="新細明體" w:hAnsi="新細明體"/>
          <w:sz w:val="28"/>
          <w:szCs w:val="24"/>
          <w:lang w:eastAsia="zh-TW"/>
        </w:rPr>
        <w:t>領款單正本請於</w:t>
      </w:r>
      <w:r w:rsidRPr="00A53260">
        <w:rPr>
          <w:rFonts w:ascii="新細明體" w:eastAsia="新細明體" w:hAnsi="新細明體"/>
          <w:sz w:val="28"/>
          <w:szCs w:val="24"/>
          <w:lang w:eastAsia="zh-TW"/>
        </w:rPr>
        <w:t>115</w:t>
      </w:r>
      <w:r w:rsidRPr="00A53260">
        <w:rPr>
          <w:rFonts w:ascii="新細明體" w:eastAsia="新細明體" w:hAnsi="新細明體"/>
          <w:sz w:val="28"/>
          <w:szCs w:val="24"/>
          <w:lang w:eastAsia="zh-TW"/>
        </w:rPr>
        <w:t>年</w:t>
      </w:r>
      <w:r w:rsidRPr="00A53260">
        <w:rPr>
          <w:rFonts w:ascii="新細明體" w:eastAsia="新細明體" w:hAnsi="新細明體"/>
          <w:sz w:val="28"/>
          <w:szCs w:val="24"/>
          <w:lang w:eastAsia="zh-TW"/>
        </w:rPr>
        <w:t>11</w:t>
      </w:r>
      <w:r w:rsidRPr="00A53260">
        <w:rPr>
          <w:rFonts w:ascii="新細明體" w:eastAsia="新細明體" w:hAnsi="新細明體"/>
          <w:sz w:val="28"/>
          <w:szCs w:val="24"/>
          <w:lang w:eastAsia="zh-TW"/>
        </w:rPr>
        <w:t>月</w:t>
      </w:r>
      <w:r w:rsidRPr="00A53260">
        <w:rPr>
          <w:rFonts w:ascii="新細明體" w:eastAsia="新細明體" w:hAnsi="新細明體"/>
          <w:sz w:val="28"/>
          <w:szCs w:val="24"/>
          <w:lang w:eastAsia="zh-TW"/>
        </w:rPr>
        <w:t>20</w:t>
      </w:r>
      <w:r w:rsidRPr="00A53260">
        <w:rPr>
          <w:rFonts w:ascii="新細明體" w:eastAsia="新細明體" w:hAnsi="新細明體"/>
          <w:sz w:val="28"/>
          <w:szCs w:val="24"/>
          <w:lang w:eastAsia="zh-TW"/>
        </w:rPr>
        <w:t>日（五）決賽報到時繳交，以利後續獎金核發作業。</w:t>
      </w:r>
    </w:p>
    <w:p w:rsidR="004B3B14" w:rsidRPr="00A53260" w:rsidRDefault="009802D5">
      <w:pPr>
        <w:rPr>
          <w:rFonts w:ascii="新細明體" w:eastAsia="新細明體" w:hAnsi="新細明體"/>
          <w:sz w:val="28"/>
          <w:szCs w:val="24"/>
          <w:lang w:eastAsia="zh-TW"/>
        </w:rPr>
      </w:pPr>
      <w:r w:rsidRPr="00A53260">
        <w:rPr>
          <w:rFonts w:ascii="新細明體" w:eastAsia="新細明體" w:hAnsi="新細明體"/>
          <w:sz w:val="28"/>
          <w:szCs w:val="24"/>
          <w:lang w:eastAsia="zh-TW"/>
        </w:rPr>
        <w:t xml:space="preserve">5. </w:t>
      </w:r>
      <w:r w:rsidRPr="00A53260">
        <w:rPr>
          <w:rFonts w:ascii="新細明體" w:eastAsia="新細明體" w:hAnsi="新細明體"/>
          <w:sz w:val="28"/>
          <w:szCs w:val="24"/>
          <w:lang w:eastAsia="zh-TW"/>
        </w:rPr>
        <w:t>本表供獎金核發作業使用，填寫不代表獲獎；實際核發依決賽結果辦理。所填個人資料僅供本次競賽獎金核發及相關核銷作業使用。</w:t>
      </w:r>
    </w:p>
    <w:p w:rsidR="004B3B14" w:rsidRPr="00A53260" w:rsidRDefault="009802D5">
      <w:pPr>
        <w:pStyle w:val="1"/>
        <w:rPr>
          <w:rFonts w:ascii="新細明體" w:eastAsia="新細明體" w:hAnsi="新細明體"/>
          <w:sz w:val="28"/>
          <w:szCs w:val="24"/>
          <w:lang w:eastAsia="zh-TW"/>
        </w:rPr>
      </w:pPr>
      <w:r w:rsidRPr="00A53260">
        <w:rPr>
          <w:rFonts w:ascii="新細明體" w:eastAsia="新細明體" w:hAnsi="新細明體"/>
          <w:sz w:val="28"/>
          <w:szCs w:val="24"/>
          <w:lang w:eastAsia="zh-TW"/>
        </w:rPr>
        <w:t>二、</w:t>
      </w:r>
      <w:r w:rsidRPr="00A53260">
        <w:rPr>
          <w:rFonts w:ascii="新細明體" w:eastAsia="新細明體" w:hAnsi="新細明體"/>
          <w:sz w:val="28"/>
          <w:szCs w:val="24"/>
          <w:lang w:eastAsia="zh-TW"/>
        </w:rPr>
        <w:t>11</w:t>
      </w:r>
      <w:r w:rsidRPr="00A53260">
        <w:rPr>
          <w:rFonts w:ascii="新細明體" w:eastAsia="新細明體" w:hAnsi="新細明體"/>
          <w:sz w:val="28"/>
          <w:szCs w:val="24"/>
          <w:lang w:eastAsia="zh-TW"/>
        </w:rPr>
        <w:t>月</w:t>
      </w:r>
      <w:r w:rsidRPr="00A53260">
        <w:rPr>
          <w:rFonts w:ascii="新細明體" w:eastAsia="新細明體" w:hAnsi="新細明體"/>
          <w:sz w:val="28"/>
          <w:szCs w:val="24"/>
          <w:lang w:eastAsia="zh-TW"/>
        </w:rPr>
        <w:t>20</w:t>
      </w:r>
      <w:r w:rsidRPr="00A53260">
        <w:rPr>
          <w:rFonts w:ascii="新細明體" w:eastAsia="新細明體" w:hAnsi="新細明體"/>
          <w:sz w:val="28"/>
          <w:szCs w:val="24"/>
          <w:lang w:eastAsia="zh-TW"/>
        </w:rPr>
        <w:t>日決賽用餐需求回報表</w:t>
      </w:r>
    </w:p>
    <w:p w:rsidR="004B3B14" w:rsidRPr="00A53260" w:rsidRDefault="009802D5">
      <w:pPr>
        <w:rPr>
          <w:rFonts w:ascii="新細明體" w:eastAsia="新細明體" w:hAnsi="新細明體"/>
          <w:sz w:val="28"/>
          <w:szCs w:val="24"/>
          <w:lang w:eastAsia="zh-TW"/>
        </w:rPr>
      </w:pPr>
      <w:r w:rsidRPr="00A53260">
        <w:rPr>
          <w:rFonts w:ascii="新細明體" w:eastAsia="新細明體" w:hAnsi="新細明體"/>
          <w:sz w:val="28"/>
          <w:szCs w:val="24"/>
          <w:lang w:eastAsia="zh-TW"/>
        </w:rPr>
        <w:t>大會提供當日午餐，請依實際出席人數填寫；無用餐需求亦請勾選回覆。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85"/>
        <w:gridCol w:w="1870"/>
        <w:gridCol w:w="2268"/>
        <w:gridCol w:w="1134"/>
        <w:gridCol w:w="1134"/>
        <w:gridCol w:w="1247"/>
      </w:tblGrid>
      <w:tr w:rsidR="004B3B14" w:rsidRPr="00A53260" w:rsidTr="0014720B">
        <w:trPr>
          <w:cantSplit/>
          <w:jc w:val="center"/>
        </w:trPr>
        <w:tc>
          <w:tcPr>
            <w:tcW w:w="19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4"/>
            <w:vAlign w:val="center"/>
          </w:tcPr>
          <w:p w:rsidR="004B3B14" w:rsidRPr="00A53260" w:rsidRDefault="009802D5">
            <w:pPr>
              <w:spacing w:before="100" w:after="100"/>
              <w:jc w:val="center"/>
              <w:rPr>
                <w:rFonts w:ascii="新細明體" w:eastAsia="新細明體" w:hAnsi="新細明體"/>
                <w:sz w:val="28"/>
                <w:szCs w:val="24"/>
              </w:rPr>
            </w:pPr>
            <w:r w:rsidRPr="00A53260">
              <w:rPr>
                <w:rFonts w:ascii="新細明體" w:eastAsia="新細明體" w:hAnsi="新細明體"/>
                <w:b/>
                <w:sz w:val="28"/>
                <w:szCs w:val="24"/>
              </w:rPr>
              <w:t>競賽組別</w:t>
            </w:r>
          </w:p>
        </w:tc>
        <w:tc>
          <w:tcPr>
            <w:tcW w:w="187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4"/>
            <w:vAlign w:val="center"/>
          </w:tcPr>
          <w:p w:rsidR="004B3B14" w:rsidRPr="00A53260" w:rsidRDefault="009802D5">
            <w:pPr>
              <w:spacing w:before="100" w:after="100"/>
              <w:jc w:val="center"/>
              <w:rPr>
                <w:rFonts w:ascii="新細明體" w:eastAsia="新細明體" w:hAnsi="新細明體"/>
                <w:sz w:val="28"/>
                <w:szCs w:val="24"/>
              </w:rPr>
            </w:pPr>
            <w:r w:rsidRPr="00A53260">
              <w:rPr>
                <w:rFonts w:ascii="新細明體" w:eastAsia="新細明體" w:hAnsi="新細明體"/>
                <w:b/>
                <w:sz w:val="28"/>
                <w:szCs w:val="24"/>
              </w:rPr>
              <w:t>團隊名稱</w:t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4"/>
            <w:vAlign w:val="center"/>
          </w:tcPr>
          <w:p w:rsidR="004B3B14" w:rsidRPr="00A53260" w:rsidRDefault="009802D5">
            <w:pPr>
              <w:spacing w:before="100" w:after="100"/>
              <w:jc w:val="center"/>
              <w:rPr>
                <w:rFonts w:ascii="新細明體" w:eastAsia="新細明體" w:hAnsi="新細明體"/>
                <w:sz w:val="28"/>
                <w:szCs w:val="24"/>
              </w:rPr>
            </w:pPr>
            <w:r w:rsidRPr="00A53260">
              <w:rPr>
                <w:rFonts w:ascii="新細明體" w:eastAsia="新細明體" w:hAnsi="新細明體"/>
                <w:b/>
                <w:sz w:val="28"/>
                <w:szCs w:val="24"/>
              </w:rPr>
              <w:t>用餐需求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4"/>
            <w:vAlign w:val="center"/>
          </w:tcPr>
          <w:p w:rsidR="004B3B14" w:rsidRPr="00A53260" w:rsidRDefault="009802D5">
            <w:pPr>
              <w:spacing w:before="100" w:after="100"/>
              <w:jc w:val="center"/>
              <w:rPr>
                <w:rFonts w:ascii="新細明體" w:eastAsia="新細明體" w:hAnsi="新細明體"/>
                <w:sz w:val="28"/>
                <w:szCs w:val="24"/>
              </w:rPr>
            </w:pPr>
            <w:r w:rsidRPr="00A53260">
              <w:rPr>
                <w:rFonts w:ascii="新細明體" w:eastAsia="新細明體" w:hAnsi="新細明體"/>
                <w:b/>
                <w:sz w:val="28"/>
                <w:szCs w:val="24"/>
              </w:rPr>
              <w:t>葷食數量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4"/>
            <w:vAlign w:val="center"/>
          </w:tcPr>
          <w:p w:rsidR="004B3B14" w:rsidRPr="00A53260" w:rsidRDefault="009802D5">
            <w:pPr>
              <w:spacing w:before="100" w:after="100"/>
              <w:jc w:val="center"/>
              <w:rPr>
                <w:rFonts w:ascii="新細明體" w:eastAsia="新細明體" w:hAnsi="新細明體"/>
                <w:sz w:val="28"/>
                <w:szCs w:val="24"/>
              </w:rPr>
            </w:pPr>
            <w:r w:rsidRPr="00A53260">
              <w:rPr>
                <w:rFonts w:ascii="新細明體" w:eastAsia="新細明體" w:hAnsi="新細明體"/>
                <w:b/>
                <w:sz w:val="28"/>
                <w:szCs w:val="24"/>
              </w:rPr>
              <w:t>素食數量</w:t>
            </w:r>
          </w:p>
        </w:tc>
        <w:tc>
          <w:tcPr>
            <w:tcW w:w="124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4"/>
            <w:vAlign w:val="center"/>
          </w:tcPr>
          <w:p w:rsidR="004B3B14" w:rsidRPr="00A53260" w:rsidRDefault="009802D5">
            <w:pPr>
              <w:spacing w:before="100" w:after="100"/>
              <w:jc w:val="center"/>
              <w:rPr>
                <w:rFonts w:ascii="新細明體" w:eastAsia="新細明體" w:hAnsi="新細明體"/>
                <w:sz w:val="28"/>
                <w:szCs w:val="24"/>
              </w:rPr>
            </w:pPr>
            <w:r w:rsidRPr="00A53260">
              <w:rPr>
                <w:rFonts w:ascii="新細明體" w:eastAsia="新細明體" w:hAnsi="新細明體"/>
                <w:b/>
                <w:sz w:val="28"/>
                <w:szCs w:val="24"/>
              </w:rPr>
              <w:t>總數</w:t>
            </w:r>
          </w:p>
        </w:tc>
      </w:tr>
      <w:tr w:rsidR="004B3B14" w:rsidRPr="00A53260" w:rsidTr="0014720B">
        <w:trPr>
          <w:cantSplit/>
          <w:jc w:val="center"/>
        </w:trPr>
        <w:tc>
          <w:tcPr>
            <w:tcW w:w="19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4B3B14" w:rsidRPr="00A53260" w:rsidRDefault="009802D5">
            <w:pPr>
              <w:spacing w:before="100" w:after="100"/>
              <w:rPr>
                <w:rFonts w:ascii="新細明體" w:eastAsia="新細明體" w:hAnsi="新細明體"/>
                <w:sz w:val="28"/>
                <w:szCs w:val="24"/>
                <w:lang w:eastAsia="zh-TW"/>
              </w:rPr>
            </w:pPr>
            <w:r w:rsidRPr="00A53260">
              <w:rPr>
                <w:rFonts w:ascii="新細明體" w:eastAsia="新細明體" w:hAnsi="新細明體"/>
                <w:sz w:val="28"/>
                <w:szCs w:val="24"/>
                <w:lang w:eastAsia="zh-TW"/>
              </w:rPr>
              <w:t>□</w:t>
            </w:r>
            <w:r w:rsidRPr="00A53260">
              <w:rPr>
                <w:rFonts w:ascii="新細明體" w:eastAsia="新細明體" w:hAnsi="新細明體"/>
                <w:sz w:val="28"/>
                <w:szCs w:val="24"/>
                <w:lang w:eastAsia="zh-TW"/>
              </w:rPr>
              <w:t>募資構想組</w:t>
            </w:r>
            <w:r w:rsidRPr="00A53260">
              <w:rPr>
                <w:rFonts w:ascii="新細明體" w:eastAsia="新細明體" w:hAnsi="新細明體"/>
                <w:sz w:val="28"/>
                <w:szCs w:val="24"/>
                <w:lang w:eastAsia="zh-TW"/>
              </w:rPr>
              <w:br/>
              <w:t>□</w:t>
            </w:r>
            <w:r w:rsidRPr="00A53260">
              <w:rPr>
                <w:rFonts w:ascii="新細明體" w:eastAsia="新細明體" w:hAnsi="新細明體"/>
                <w:sz w:val="28"/>
                <w:szCs w:val="24"/>
                <w:lang w:eastAsia="zh-TW"/>
              </w:rPr>
              <w:t>創業組</w:t>
            </w:r>
          </w:p>
        </w:tc>
        <w:tc>
          <w:tcPr>
            <w:tcW w:w="187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4B3B14" w:rsidRPr="00A53260" w:rsidRDefault="009802D5">
            <w:pPr>
              <w:spacing w:before="100" w:after="100"/>
              <w:rPr>
                <w:rFonts w:ascii="新細明體" w:eastAsia="新細明體" w:hAnsi="新細明體"/>
                <w:sz w:val="28"/>
                <w:szCs w:val="24"/>
                <w:lang w:eastAsia="zh-TW"/>
              </w:rPr>
            </w:pPr>
            <w:r w:rsidRPr="00A53260">
              <w:rPr>
                <w:rFonts w:ascii="新細明體" w:eastAsia="新細明體" w:hAnsi="新細明體"/>
                <w:sz w:val="28"/>
                <w:szCs w:val="24"/>
                <w:lang w:eastAsia="zh-TW"/>
              </w:rPr>
              <w:br/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4B3B14" w:rsidRPr="00A53260" w:rsidRDefault="009802D5">
            <w:pPr>
              <w:spacing w:before="100" w:after="100"/>
              <w:rPr>
                <w:rFonts w:ascii="新細明體" w:eastAsia="新細明體" w:hAnsi="新細明體"/>
                <w:sz w:val="28"/>
                <w:szCs w:val="24"/>
                <w:lang w:eastAsia="zh-TW"/>
              </w:rPr>
            </w:pPr>
            <w:r w:rsidRPr="00A53260">
              <w:rPr>
                <w:rFonts w:ascii="新細明體" w:eastAsia="新細明體" w:hAnsi="新細明體"/>
                <w:sz w:val="28"/>
                <w:szCs w:val="24"/>
                <w:lang w:eastAsia="zh-TW"/>
              </w:rPr>
              <w:t>□</w:t>
            </w:r>
            <w:r w:rsidRPr="00A53260">
              <w:rPr>
                <w:rFonts w:ascii="新細明體" w:eastAsia="新細明體" w:hAnsi="新細明體"/>
                <w:sz w:val="28"/>
                <w:szCs w:val="24"/>
                <w:lang w:eastAsia="zh-TW"/>
              </w:rPr>
              <w:t>當日中午用餐</w:t>
            </w:r>
            <w:r w:rsidRPr="00A53260">
              <w:rPr>
                <w:rFonts w:ascii="新細明體" w:eastAsia="新細明體" w:hAnsi="新細明體"/>
                <w:sz w:val="28"/>
                <w:szCs w:val="24"/>
                <w:lang w:eastAsia="zh-TW"/>
              </w:rPr>
              <w:br/>
              <w:t>□</w:t>
            </w:r>
            <w:r w:rsidRPr="00A53260">
              <w:rPr>
                <w:rFonts w:ascii="新細明體" w:eastAsia="新細明體" w:hAnsi="新細明體"/>
                <w:sz w:val="28"/>
                <w:szCs w:val="24"/>
                <w:lang w:eastAsia="zh-TW"/>
              </w:rPr>
              <w:t>無用餐需求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4B3B14" w:rsidRPr="00A53260" w:rsidRDefault="009802D5" w:rsidP="00A53260">
            <w:pPr>
              <w:spacing w:before="100" w:after="100"/>
              <w:ind w:left="560" w:hangingChars="200" w:hanging="560"/>
              <w:rPr>
                <w:rFonts w:ascii="新細明體" w:eastAsia="新細明體" w:hAnsi="新細明體"/>
                <w:sz w:val="28"/>
                <w:szCs w:val="24"/>
              </w:rPr>
            </w:pPr>
            <w:r w:rsidRPr="00A53260">
              <w:rPr>
                <w:rFonts w:ascii="新細明體" w:eastAsia="新細明體" w:hAnsi="新細明體"/>
                <w:sz w:val="28"/>
                <w:szCs w:val="24"/>
                <w:lang w:eastAsia="zh-TW"/>
              </w:rPr>
              <w:t xml:space="preserve">　</w:t>
            </w:r>
            <w:r w:rsidR="00F7567E" w:rsidRPr="00A53260">
              <w:rPr>
                <w:rFonts w:ascii="新細明體" w:eastAsia="新細明體" w:hAnsi="新細明體" w:hint="eastAsia"/>
                <w:sz w:val="28"/>
                <w:szCs w:val="24"/>
                <w:lang w:eastAsia="zh-TW"/>
              </w:rPr>
              <w:t xml:space="preserve"> </w:t>
            </w:r>
            <w:r w:rsidR="00F7567E" w:rsidRPr="00A53260">
              <w:rPr>
                <w:rFonts w:ascii="新細明體" w:eastAsia="新細明體" w:hAnsi="新細明體"/>
                <w:sz w:val="28"/>
                <w:szCs w:val="24"/>
                <w:lang w:eastAsia="zh-TW"/>
              </w:rPr>
              <w:t xml:space="preserve">    </w:t>
            </w:r>
            <w:r w:rsidRPr="00A53260">
              <w:rPr>
                <w:rFonts w:ascii="新細明體" w:eastAsia="新細明體" w:hAnsi="新細明體"/>
                <w:sz w:val="28"/>
                <w:szCs w:val="24"/>
              </w:rPr>
              <w:t>份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4B3B14" w:rsidRPr="00A53260" w:rsidRDefault="009802D5" w:rsidP="00A53260">
            <w:pPr>
              <w:spacing w:before="100" w:after="100"/>
              <w:ind w:left="560" w:hangingChars="200" w:hanging="560"/>
              <w:rPr>
                <w:rFonts w:ascii="新細明體" w:eastAsia="新細明體" w:hAnsi="新細明體"/>
                <w:sz w:val="28"/>
                <w:szCs w:val="24"/>
              </w:rPr>
            </w:pPr>
            <w:r w:rsidRPr="00A53260">
              <w:rPr>
                <w:rFonts w:ascii="新細明體" w:eastAsia="新細明體" w:hAnsi="新細明體"/>
                <w:sz w:val="28"/>
                <w:szCs w:val="24"/>
              </w:rPr>
              <w:t xml:space="preserve">　</w:t>
            </w:r>
            <w:r w:rsidR="00F7567E" w:rsidRPr="00A53260">
              <w:rPr>
                <w:rFonts w:ascii="新細明體" w:eastAsia="新細明體" w:hAnsi="新細明體" w:hint="eastAsia"/>
                <w:sz w:val="28"/>
                <w:szCs w:val="24"/>
                <w:lang w:eastAsia="zh-TW"/>
              </w:rPr>
              <w:t xml:space="preserve"> </w:t>
            </w:r>
            <w:r w:rsidR="00F7567E" w:rsidRPr="00A53260">
              <w:rPr>
                <w:rFonts w:ascii="新細明體" w:eastAsia="新細明體" w:hAnsi="新細明體"/>
                <w:sz w:val="28"/>
                <w:szCs w:val="24"/>
                <w:lang w:eastAsia="zh-TW"/>
              </w:rPr>
              <w:t xml:space="preserve">     </w:t>
            </w:r>
            <w:r w:rsidRPr="00A53260">
              <w:rPr>
                <w:rFonts w:ascii="新細明體" w:eastAsia="新細明體" w:hAnsi="新細明體"/>
                <w:sz w:val="28"/>
                <w:szCs w:val="24"/>
              </w:rPr>
              <w:t>份</w:t>
            </w:r>
          </w:p>
        </w:tc>
        <w:tc>
          <w:tcPr>
            <w:tcW w:w="124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4B3B14" w:rsidRPr="00A53260" w:rsidRDefault="009802D5" w:rsidP="00A53260">
            <w:pPr>
              <w:spacing w:before="100" w:after="100"/>
              <w:ind w:left="700" w:hangingChars="250" w:hanging="700"/>
              <w:rPr>
                <w:rFonts w:ascii="新細明體" w:eastAsia="新細明體" w:hAnsi="新細明體"/>
                <w:sz w:val="28"/>
                <w:szCs w:val="24"/>
              </w:rPr>
            </w:pPr>
            <w:r w:rsidRPr="00A53260">
              <w:rPr>
                <w:rFonts w:ascii="新細明體" w:eastAsia="新細明體" w:hAnsi="新細明體"/>
                <w:sz w:val="28"/>
                <w:szCs w:val="24"/>
              </w:rPr>
              <w:t xml:space="preserve">　</w:t>
            </w:r>
            <w:r w:rsidR="00F7567E" w:rsidRPr="00A53260">
              <w:rPr>
                <w:rFonts w:ascii="新細明體" w:eastAsia="新細明體" w:hAnsi="新細明體" w:hint="eastAsia"/>
                <w:sz w:val="28"/>
                <w:szCs w:val="24"/>
                <w:lang w:eastAsia="zh-TW"/>
              </w:rPr>
              <w:t xml:space="preserve"> </w:t>
            </w:r>
            <w:r w:rsidR="00F7567E" w:rsidRPr="00A53260">
              <w:rPr>
                <w:rFonts w:ascii="新細明體" w:eastAsia="新細明體" w:hAnsi="新細明體"/>
                <w:sz w:val="28"/>
                <w:szCs w:val="24"/>
                <w:lang w:eastAsia="zh-TW"/>
              </w:rPr>
              <w:t xml:space="preserve">       </w:t>
            </w:r>
            <w:r w:rsidRPr="00A53260">
              <w:rPr>
                <w:rFonts w:ascii="新細明體" w:eastAsia="新細明體" w:hAnsi="新細明體"/>
                <w:sz w:val="28"/>
                <w:szCs w:val="24"/>
              </w:rPr>
              <w:t>份</w:t>
            </w:r>
          </w:p>
        </w:tc>
      </w:tr>
    </w:tbl>
    <w:p w:rsidR="004B3B14" w:rsidRPr="00A53260" w:rsidRDefault="009802D5">
      <w:pPr>
        <w:rPr>
          <w:rFonts w:ascii="新細明體" w:eastAsia="新細明體" w:hAnsi="新細明體"/>
          <w:sz w:val="28"/>
          <w:szCs w:val="24"/>
          <w:lang w:eastAsia="zh-TW"/>
        </w:rPr>
      </w:pPr>
      <w:r w:rsidRPr="00A53260">
        <w:rPr>
          <w:rFonts w:ascii="新細明體" w:eastAsia="新細明體" w:hAnsi="新細明體"/>
          <w:sz w:val="28"/>
          <w:szCs w:val="24"/>
          <w:lang w:eastAsia="zh-TW"/>
        </w:rPr>
        <w:t>注意：葷食數量＋素食數量＝總數。請於</w:t>
      </w:r>
      <w:r w:rsidRPr="00A53260">
        <w:rPr>
          <w:rFonts w:ascii="新細明體" w:eastAsia="新細明體" w:hAnsi="新細明體"/>
          <w:sz w:val="28"/>
          <w:szCs w:val="24"/>
          <w:lang w:eastAsia="zh-TW"/>
        </w:rPr>
        <w:t>115</w:t>
      </w:r>
      <w:r w:rsidRPr="00A53260">
        <w:rPr>
          <w:rFonts w:ascii="新細明體" w:eastAsia="新細明體" w:hAnsi="新細明體"/>
          <w:sz w:val="28"/>
          <w:szCs w:val="24"/>
          <w:lang w:eastAsia="zh-TW"/>
        </w:rPr>
        <w:t>年</w:t>
      </w:r>
      <w:r w:rsidRPr="00A53260">
        <w:rPr>
          <w:rFonts w:ascii="新細明體" w:eastAsia="新細明體" w:hAnsi="新細明體"/>
          <w:sz w:val="28"/>
          <w:szCs w:val="24"/>
          <w:lang w:eastAsia="zh-TW"/>
        </w:rPr>
        <w:t>11</w:t>
      </w:r>
      <w:r w:rsidRPr="00A53260">
        <w:rPr>
          <w:rFonts w:ascii="新細明體" w:eastAsia="新細明體" w:hAnsi="新細明體"/>
          <w:sz w:val="28"/>
          <w:szCs w:val="24"/>
          <w:lang w:eastAsia="zh-TW"/>
        </w:rPr>
        <w:t>月</w:t>
      </w:r>
      <w:r w:rsidRPr="00A53260">
        <w:rPr>
          <w:rFonts w:ascii="新細明體" w:eastAsia="新細明體" w:hAnsi="新細明體"/>
          <w:sz w:val="28"/>
          <w:szCs w:val="24"/>
          <w:lang w:eastAsia="zh-TW"/>
        </w:rPr>
        <w:t>16</w:t>
      </w:r>
      <w:r w:rsidRPr="00A53260">
        <w:rPr>
          <w:rFonts w:ascii="新細明體" w:eastAsia="新細明體" w:hAnsi="新細明體"/>
          <w:sz w:val="28"/>
          <w:szCs w:val="24"/>
          <w:lang w:eastAsia="zh-TW"/>
        </w:rPr>
        <w:t>日（一）</w:t>
      </w:r>
      <w:r w:rsidRPr="00A53260">
        <w:rPr>
          <w:rFonts w:ascii="新細明體" w:eastAsia="新細明體" w:hAnsi="新細明體"/>
          <w:sz w:val="28"/>
          <w:szCs w:val="24"/>
          <w:lang w:eastAsia="zh-TW"/>
        </w:rPr>
        <w:t>17:00</w:t>
      </w:r>
      <w:r w:rsidRPr="00A53260">
        <w:rPr>
          <w:rFonts w:ascii="新細明體" w:eastAsia="新細明體" w:hAnsi="新細明體"/>
          <w:sz w:val="28"/>
          <w:szCs w:val="24"/>
          <w:lang w:eastAsia="zh-TW"/>
        </w:rPr>
        <w:t>前回覆；未於期限內回覆者，視為無便當需求。</w:t>
      </w:r>
    </w:p>
    <w:p w:rsidR="004B3B14" w:rsidRPr="00F7567E" w:rsidRDefault="009802D5">
      <w:pPr>
        <w:rPr>
          <w:rFonts w:ascii="新細明體" w:eastAsia="新細明體" w:hAnsi="新細明體"/>
          <w:sz w:val="24"/>
          <w:szCs w:val="24"/>
          <w:lang w:eastAsia="zh-TW"/>
        </w:rPr>
      </w:pPr>
      <w:r w:rsidRPr="00F7567E">
        <w:rPr>
          <w:rFonts w:ascii="新細明體" w:eastAsia="新細明體" w:hAnsi="新細明體"/>
          <w:sz w:val="24"/>
          <w:szCs w:val="24"/>
          <w:lang w:eastAsia="zh-TW"/>
        </w:rPr>
        <w:br w:type="page"/>
      </w:r>
    </w:p>
    <w:p w:rsidR="004B3B14" w:rsidRPr="0014720B" w:rsidRDefault="009802D5">
      <w:pPr>
        <w:pStyle w:val="aa"/>
        <w:jc w:val="center"/>
        <w:rPr>
          <w:rFonts w:ascii="新細明體" w:eastAsia="新細明體" w:hAnsi="新細明體"/>
          <w:sz w:val="28"/>
          <w:szCs w:val="24"/>
          <w:lang w:eastAsia="zh-TW"/>
        </w:rPr>
      </w:pPr>
      <w:r w:rsidRPr="0014720B">
        <w:rPr>
          <w:rFonts w:ascii="新細明體" w:eastAsia="新細明體" w:hAnsi="新細明體"/>
          <w:sz w:val="28"/>
          <w:szCs w:val="24"/>
          <w:lang w:eastAsia="zh-TW"/>
        </w:rPr>
        <w:lastRenderedPageBreak/>
        <w:t>國立臺東大學憑證黏貼單</w:t>
      </w:r>
    </w:p>
    <w:p w:rsidR="004B3B14" w:rsidRPr="00F7567E" w:rsidRDefault="009802D5" w:rsidP="00F7567E">
      <w:pPr>
        <w:spacing w:after="0"/>
        <w:jc w:val="right"/>
        <w:rPr>
          <w:rFonts w:ascii="新細明體" w:eastAsia="新細明體" w:hAnsi="新細明體"/>
          <w:sz w:val="24"/>
          <w:szCs w:val="24"/>
          <w:lang w:eastAsia="zh-TW"/>
        </w:rPr>
      </w:pPr>
      <w:r w:rsidRPr="00F7567E">
        <w:rPr>
          <w:rFonts w:ascii="新細明體" w:eastAsia="新細明體" w:hAnsi="新細明體"/>
          <w:sz w:val="24"/>
          <w:szCs w:val="24"/>
          <w:lang w:eastAsia="zh-TW"/>
        </w:rPr>
        <w:t>中華民國　　　　年　　　　月　　　　日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01"/>
        <w:gridCol w:w="227"/>
        <w:gridCol w:w="1928"/>
        <w:gridCol w:w="113"/>
        <w:gridCol w:w="1815"/>
        <w:gridCol w:w="1020"/>
        <w:gridCol w:w="908"/>
        <w:gridCol w:w="1928"/>
      </w:tblGrid>
      <w:tr w:rsidR="004B3B14" w:rsidRPr="00F7567E">
        <w:trPr>
          <w:cantSplit/>
          <w:jc w:val="center"/>
        </w:trPr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4"/>
            <w:vAlign w:val="center"/>
          </w:tcPr>
          <w:p w:rsidR="004B3B14" w:rsidRPr="00F7567E" w:rsidRDefault="009802D5">
            <w:pPr>
              <w:spacing w:before="100" w:after="100"/>
              <w:jc w:val="center"/>
              <w:rPr>
                <w:rFonts w:ascii="新細明體" w:eastAsia="新細明體" w:hAnsi="新細明體"/>
                <w:sz w:val="24"/>
                <w:szCs w:val="24"/>
              </w:rPr>
            </w:pPr>
            <w:r w:rsidRPr="00F7567E">
              <w:rPr>
                <w:rFonts w:ascii="新細明體" w:eastAsia="新細明體" w:hAnsi="新細明體"/>
                <w:b/>
                <w:sz w:val="24"/>
                <w:szCs w:val="24"/>
              </w:rPr>
              <w:t>憑證編號</w:t>
            </w:r>
          </w:p>
        </w:tc>
        <w:tc>
          <w:tcPr>
            <w:tcW w:w="2268" w:type="dxa"/>
            <w:gridSpan w:val="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4"/>
            <w:vAlign w:val="center"/>
          </w:tcPr>
          <w:p w:rsidR="004B3B14" w:rsidRPr="00F7567E" w:rsidRDefault="009802D5">
            <w:pPr>
              <w:spacing w:before="100" w:after="100"/>
              <w:jc w:val="center"/>
              <w:rPr>
                <w:rFonts w:ascii="新細明體" w:eastAsia="新細明體" w:hAnsi="新細明體"/>
                <w:sz w:val="24"/>
                <w:szCs w:val="24"/>
              </w:rPr>
            </w:pPr>
            <w:r w:rsidRPr="00F7567E">
              <w:rPr>
                <w:rFonts w:ascii="新細明體" w:eastAsia="新細明體" w:hAnsi="新細明體"/>
                <w:b/>
                <w:sz w:val="24"/>
                <w:szCs w:val="24"/>
              </w:rPr>
              <w:t>預算科目</w:t>
            </w:r>
          </w:p>
        </w:tc>
        <w:tc>
          <w:tcPr>
            <w:tcW w:w="2835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4"/>
            <w:vAlign w:val="center"/>
          </w:tcPr>
          <w:p w:rsidR="004B3B14" w:rsidRPr="00F7567E" w:rsidRDefault="009802D5">
            <w:pPr>
              <w:spacing w:before="100" w:after="100"/>
              <w:jc w:val="center"/>
              <w:rPr>
                <w:rFonts w:ascii="新細明體" w:eastAsia="新細明體" w:hAnsi="新細明體"/>
                <w:sz w:val="24"/>
                <w:szCs w:val="24"/>
              </w:rPr>
            </w:pPr>
            <w:r w:rsidRPr="00F7567E">
              <w:rPr>
                <w:rFonts w:ascii="新細明體" w:eastAsia="新細明體" w:hAnsi="新細明體"/>
                <w:b/>
                <w:sz w:val="24"/>
                <w:szCs w:val="24"/>
              </w:rPr>
              <w:t>金額</w:t>
            </w:r>
          </w:p>
        </w:tc>
        <w:tc>
          <w:tcPr>
            <w:tcW w:w="2835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4"/>
            <w:vAlign w:val="center"/>
          </w:tcPr>
          <w:p w:rsidR="004B3B14" w:rsidRPr="00F7567E" w:rsidRDefault="009802D5">
            <w:pPr>
              <w:spacing w:before="100" w:after="100"/>
              <w:jc w:val="center"/>
              <w:rPr>
                <w:rFonts w:ascii="新細明體" w:eastAsia="新細明體" w:hAnsi="新細明體"/>
                <w:sz w:val="24"/>
                <w:szCs w:val="24"/>
              </w:rPr>
            </w:pPr>
            <w:r w:rsidRPr="00F7567E">
              <w:rPr>
                <w:rFonts w:ascii="新細明體" w:eastAsia="新細明體" w:hAnsi="新細明體"/>
                <w:b/>
                <w:sz w:val="24"/>
                <w:szCs w:val="24"/>
              </w:rPr>
              <w:t>用途及說明</w:t>
            </w:r>
          </w:p>
        </w:tc>
      </w:tr>
      <w:tr w:rsidR="004B3B14" w:rsidRPr="00F7567E">
        <w:trPr>
          <w:cantSplit/>
          <w:jc w:val="center"/>
        </w:trPr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4B3B14" w:rsidRPr="00F7567E" w:rsidRDefault="004B3B14">
            <w:pPr>
              <w:spacing w:before="100" w:after="100"/>
              <w:rPr>
                <w:rFonts w:ascii="新細明體" w:eastAsia="新細明體" w:hAnsi="新細明體"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4B3B14" w:rsidRPr="00F7567E" w:rsidRDefault="004B3B14">
            <w:pPr>
              <w:spacing w:before="100" w:after="100"/>
              <w:rPr>
                <w:rFonts w:ascii="新細明體" w:eastAsia="新細明體" w:hAnsi="新細明體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4B3B14" w:rsidRPr="00F7567E" w:rsidRDefault="008B2A82">
            <w:pPr>
              <w:spacing w:before="100" w:after="100"/>
              <w:rPr>
                <w:rFonts w:ascii="新細明體" w:eastAsia="新細明體" w:hAnsi="新細明體"/>
                <w:sz w:val="24"/>
                <w:szCs w:val="24"/>
                <w:lang w:eastAsia="zh-TW"/>
              </w:rPr>
            </w:pPr>
            <w:r>
              <w:rPr>
                <w:rFonts w:ascii="新細明體" w:eastAsia="新細明體" w:hAnsi="新細明體"/>
                <w:sz w:val="24"/>
                <w:szCs w:val="24"/>
                <w:lang w:eastAsia="zh-TW"/>
              </w:rPr>
              <w:t xml:space="preserve">新臺幣　　　　　</w:t>
            </w:r>
            <w:r>
              <w:rPr>
                <w:rFonts w:ascii="新細明體" w:eastAsia="新細明體" w:hAnsi="新細明體" w:hint="eastAsia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新細明體" w:eastAsia="新細明體" w:hAnsi="新細明體"/>
                <w:sz w:val="24"/>
                <w:szCs w:val="24"/>
                <w:lang w:eastAsia="zh-TW"/>
              </w:rPr>
              <w:t xml:space="preserve"> </w:t>
            </w:r>
            <w:r w:rsidR="009802D5" w:rsidRPr="00F7567E">
              <w:rPr>
                <w:rFonts w:ascii="新細明體" w:eastAsia="新細明體" w:hAnsi="新細明體"/>
                <w:sz w:val="24"/>
                <w:szCs w:val="24"/>
                <w:lang w:eastAsia="zh-TW"/>
              </w:rPr>
              <w:t>元</w:t>
            </w:r>
          </w:p>
        </w:tc>
        <w:tc>
          <w:tcPr>
            <w:tcW w:w="2835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4B3B14" w:rsidRPr="00F7567E" w:rsidRDefault="00F7567E">
            <w:pPr>
              <w:spacing w:before="100" w:after="100"/>
              <w:rPr>
                <w:rFonts w:ascii="新細明體" w:eastAsia="新細明體" w:hAnsi="新細明體" w:hint="eastAsia"/>
                <w:sz w:val="24"/>
                <w:szCs w:val="24"/>
                <w:lang w:eastAsia="zh-TW"/>
              </w:rPr>
            </w:pPr>
            <w:r w:rsidRPr="00F7567E">
              <w:rPr>
                <w:rFonts w:ascii="新細明體" w:eastAsia="新細明體" w:hAnsi="新細明體" w:hint="eastAsia"/>
                <w:sz w:val="24"/>
                <w:szCs w:val="24"/>
                <w:lang w:eastAsia="zh-TW"/>
              </w:rPr>
              <w:t>支2</w:t>
            </w:r>
            <w:r w:rsidRPr="00F7567E">
              <w:rPr>
                <w:rFonts w:ascii="新細明體" w:eastAsia="新細明體" w:hAnsi="新細明體"/>
                <w:sz w:val="24"/>
                <w:szCs w:val="24"/>
                <w:lang w:eastAsia="zh-TW"/>
              </w:rPr>
              <w:t>026</w:t>
            </w:r>
            <w:r w:rsidRPr="00F7567E">
              <w:rPr>
                <w:rFonts w:ascii="新細明體" w:eastAsia="新細明體" w:hAnsi="新細明體" w:hint="eastAsia"/>
                <w:sz w:val="24"/>
                <w:szCs w:val="24"/>
                <w:lang w:eastAsia="zh-TW"/>
              </w:rPr>
              <w:t>三創競賽將金</w:t>
            </w:r>
          </w:p>
        </w:tc>
      </w:tr>
      <w:tr w:rsidR="004B3B14" w:rsidRPr="00F7567E">
        <w:trPr>
          <w:cantSplit/>
          <w:jc w:val="center"/>
        </w:trPr>
        <w:tc>
          <w:tcPr>
            <w:tcW w:w="1928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4"/>
            <w:vAlign w:val="center"/>
          </w:tcPr>
          <w:p w:rsidR="004B3B14" w:rsidRPr="00F7567E" w:rsidRDefault="009802D5">
            <w:pPr>
              <w:spacing w:before="100" w:after="100"/>
              <w:jc w:val="center"/>
              <w:rPr>
                <w:rFonts w:ascii="新細明體" w:eastAsia="新細明體" w:hAnsi="新細明體"/>
                <w:sz w:val="24"/>
                <w:szCs w:val="24"/>
              </w:rPr>
            </w:pPr>
            <w:r w:rsidRPr="00F7567E">
              <w:rPr>
                <w:rFonts w:ascii="新細明體" w:eastAsia="新細明體" w:hAnsi="新細明體"/>
                <w:b/>
                <w:sz w:val="24"/>
                <w:szCs w:val="24"/>
              </w:rPr>
              <w:t>經辦人</w:t>
            </w:r>
          </w:p>
        </w:tc>
        <w:tc>
          <w:tcPr>
            <w:tcW w:w="19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4"/>
            <w:vAlign w:val="center"/>
          </w:tcPr>
          <w:p w:rsidR="004B3B14" w:rsidRPr="00F7567E" w:rsidRDefault="009802D5">
            <w:pPr>
              <w:spacing w:before="100" w:after="100"/>
              <w:jc w:val="center"/>
              <w:rPr>
                <w:rFonts w:ascii="新細明體" w:eastAsia="新細明體" w:hAnsi="新細明體"/>
                <w:sz w:val="24"/>
                <w:szCs w:val="24"/>
              </w:rPr>
            </w:pPr>
            <w:r w:rsidRPr="00F7567E">
              <w:rPr>
                <w:rFonts w:ascii="新細明體" w:eastAsia="新細明體" w:hAnsi="新細明體"/>
                <w:b/>
                <w:sz w:val="24"/>
                <w:szCs w:val="24"/>
              </w:rPr>
              <w:t>總務處</w:t>
            </w:r>
          </w:p>
        </w:tc>
        <w:tc>
          <w:tcPr>
            <w:tcW w:w="1928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4"/>
            <w:vAlign w:val="center"/>
          </w:tcPr>
          <w:p w:rsidR="004B3B14" w:rsidRPr="00F7567E" w:rsidRDefault="009802D5">
            <w:pPr>
              <w:spacing w:before="100" w:after="100"/>
              <w:jc w:val="center"/>
              <w:rPr>
                <w:rFonts w:ascii="新細明體" w:eastAsia="新細明體" w:hAnsi="新細明體"/>
                <w:sz w:val="24"/>
                <w:szCs w:val="24"/>
              </w:rPr>
            </w:pPr>
            <w:r w:rsidRPr="00F7567E">
              <w:rPr>
                <w:rFonts w:ascii="新細明體" w:eastAsia="新細明體" w:hAnsi="新細明體"/>
                <w:b/>
                <w:sz w:val="24"/>
                <w:szCs w:val="24"/>
              </w:rPr>
              <w:t>人事室</w:t>
            </w:r>
          </w:p>
        </w:tc>
        <w:tc>
          <w:tcPr>
            <w:tcW w:w="1928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4"/>
            <w:vAlign w:val="center"/>
          </w:tcPr>
          <w:p w:rsidR="004B3B14" w:rsidRPr="00F7567E" w:rsidRDefault="009802D5">
            <w:pPr>
              <w:spacing w:before="100" w:after="100"/>
              <w:jc w:val="center"/>
              <w:rPr>
                <w:rFonts w:ascii="新細明體" w:eastAsia="新細明體" w:hAnsi="新細明體"/>
                <w:sz w:val="24"/>
                <w:szCs w:val="24"/>
              </w:rPr>
            </w:pPr>
            <w:r w:rsidRPr="00F7567E">
              <w:rPr>
                <w:rFonts w:ascii="新細明體" w:eastAsia="新細明體" w:hAnsi="新細明體"/>
                <w:b/>
                <w:sz w:val="24"/>
                <w:szCs w:val="24"/>
              </w:rPr>
              <w:t>主計室</w:t>
            </w:r>
          </w:p>
        </w:tc>
        <w:tc>
          <w:tcPr>
            <w:tcW w:w="19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4"/>
            <w:vAlign w:val="center"/>
          </w:tcPr>
          <w:p w:rsidR="004B3B14" w:rsidRPr="00F7567E" w:rsidRDefault="009802D5">
            <w:pPr>
              <w:spacing w:before="100" w:after="100"/>
              <w:jc w:val="center"/>
              <w:rPr>
                <w:rFonts w:ascii="新細明體" w:eastAsia="新細明體" w:hAnsi="新細明體"/>
                <w:sz w:val="24"/>
                <w:szCs w:val="24"/>
              </w:rPr>
            </w:pPr>
            <w:r w:rsidRPr="00F7567E">
              <w:rPr>
                <w:rFonts w:ascii="新細明體" w:eastAsia="新細明體" w:hAnsi="新細明體"/>
                <w:b/>
                <w:sz w:val="24"/>
                <w:szCs w:val="24"/>
              </w:rPr>
              <w:t>校長</w:t>
            </w:r>
          </w:p>
        </w:tc>
      </w:tr>
      <w:tr w:rsidR="004B3B14" w:rsidRPr="00F7567E" w:rsidTr="00A61A88">
        <w:trPr>
          <w:cantSplit/>
          <w:trHeight w:val="925"/>
          <w:jc w:val="center"/>
        </w:trPr>
        <w:tc>
          <w:tcPr>
            <w:tcW w:w="1928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4B3B14" w:rsidRPr="00F7567E" w:rsidRDefault="004B3B14">
            <w:pPr>
              <w:spacing w:before="100" w:after="100"/>
              <w:rPr>
                <w:rFonts w:ascii="新細明體" w:eastAsia="新細明體" w:hAnsi="新細明體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4B3B14" w:rsidRPr="00F7567E" w:rsidRDefault="004B3B14">
            <w:pPr>
              <w:spacing w:before="100" w:after="100"/>
              <w:rPr>
                <w:rFonts w:ascii="新細明體" w:eastAsia="新細明體" w:hAnsi="新細明體"/>
                <w:sz w:val="24"/>
                <w:szCs w:val="24"/>
              </w:rPr>
            </w:pPr>
          </w:p>
        </w:tc>
        <w:tc>
          <w:tcPr>
            <w:tcW w:w="1928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4B3B14" w:rsidRPr="00F7567E" w:rsidRDefault="004B3B14">
            <w:pPr>
              <w:spacing w:before="100" w:after="100"/>
              <w:rPr>
                <w:rFonts w:ascii="新細明體" w:eastAsia="新細明體" w:hAnsi="新細明體"/>
                <w:sz w:val="24"/>
                <w:szCs w:val="24"/>
              </w:rPr>
            </w:pPr>
          </w:p>
        </w:tc>
        <w:tc>
          <w:tcPr>
            <w:tcW w:w="1928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4B3B14" w:rsidRPr="00F7567E" w:rsidRDefault="004B3B14">
            <w:pPr>
              <w:spacing w:before="100" w:after="100"/>
              <w:rPr>
                <w:rFonts w:ascii="新細明體" w:eastAsia="新細明體" w:hAnsi="新細明體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4B3B14" w:rsidRPr="00F7567E" w:rsidRDefault="004B3B14">
            <w:pPr>
              <w:spacing w:before="100" w:after="100"/>
              <w:rPr>
                <w:rFonts w:ascii="新細明體" w:eastAsia="新細明體" w:hAnsi="新細明體"/>
                <w:sz w:val="24"/>
                <w:szCs w:val="24"/>
              </w:rPr>
            </w:pPr>
          </w:p>
        </w:tc>
      </w:tr>
    </w:tbl>
    <w:p w:rsidR="004B3B14" w:rsidRPr="00F7567E" w:rsidRDefault="009802D5">
      <w:pPr>
        <w:spacing w:before="280"/>
        <w:jc w:val="center"/>
        <w:rPr>
          <w:rFonts w:ascii="新細明體" w:eastAsia="新細明體" w:hAnsi="新細明體"/>
          <w:sz w:val="24"/>
          <w:szCs w:val="24"/>
          <w:lang w:eastAsia="zh-TW"/>
        </w:rPr>
      </w:pPr>
      <w:r w:rsidRPr="00F7567E">
        <w:rPr>
          <w:rFonts w:ascii="新細明體" w:eastAsia="新細明體" w:hAnsi="新細明體"/>
          <w:sz w:val="24"/>
          <w:szCs w:val="24"/>
          <w:lang w:eastAsia="zh-TW"/>
        </w:rPr>
        <w:t>憑　證　黏　貼　處</w:t>
      </w:r>
    </w:p>
    <w:p w:rsidR="004B3B14" w:rsidRPr="00F7567E" w:rsidRDefault="009802D5" w:rsidP="00F7567E">
      <w:pPr>
        <w:pStyle w:val="1"/>
        <w:spacing w:before="0"/>
        <w:jc w:val="center"/>
        <w:rPr>
          <w:rFonts w:ascii="新細明體" w:eastAsia="新細明體" w:hAnsi="新細明體"/>
          <w:sz w:val="28"/>
          <w:szCs w:val="24"/>
          <w:lang w:eastAsia="zh-TW"/>
        </w:rPr>
      </w:pPr>
      <w:r w:rsidRPr="00F7567E">
        <w:rPr>
          <w:rFonts w:ascii="新細明體" w:eastAsia="新細明體" w:hAnsi="新細明體"/>
          <w:sz w:val="28"/>
          <w:szCs w:val="24"/>
          <w:lang w:eastAsia="zh-TW"/>
        </w:rPr>
        <w:t>領款單</w:t>
      </w:r>
    </w:p>
    <w:p w:rsidR="004B3B14" w:rsidRPr="00F7567E" w:rsidRDefault="009802D5" w:rsidP="00F7567E">
      <w:pPr>
        <w:spacing w:after="0"/>
        <w:rPr>
          <w:rFonts w:ascii="新細明體" w:eastAsia="新細明體" w:hAnsi="新細明體"/>
          <w:sz w:val="28"/>
          <w:szCs w:val="24"/>
          <w:lang w:eastAsia="zh-TW"/>
        </w:rPr>
      </w:pPr>
      <w:r w:rsidRPr="00F7567E">
        <w:rPr>
          <w:rFonts w:ascii="新細明體" w:eastAsia="新細明體" w:hAnsi="新細明體"/>
          <w:sz w:val="28"/>
          <w:szCs w:val="24"/>
          <w:lang w:eastAsia="zh-TW"/>
        </w:rPr>
        <w:t>茲領到國立臺東大學競賽獎金費用。</w:t>
      </w:r>
    </w:p>
    <w:p w:rsidR="004B3B14" w:rsidRPr="00F7567E" w:rsidRDefault="009802D5" w:rsidP="00F7567E">
      <w:pPr>
        <w:spacing w:after="0"/>
        <w:rPr>
          <w:rFonts w:ascii="新細明體" w:eastAsia="新細明體" w:hAnsi="新細明體"/>
          <w:sz w:val="28"/>
          <w:szCs w:val="24"/>
          <w:lang w:eastAsia="zh-TW"/>
        </w:rPr>
      </w:pPr>
      <w:r w:rsidRPr="00F7567E">
        <w:rPr>
          <w:rFonts w:ascii="新細明體" w:eastAsia="新細明體" w:hAnsi="新細明體"/>
          <w:sz w:val="28"/>
          <w:szCs w:val="24"/>
          <w:lang w:eastAsia="zh-TW"/>
        </w:rPr>
        <w:t>計</w:t>
      </w:r>
      <w:r w:rsidR="0014720B">
        <w:rPr>
          <w:rFonts w:ascii="新細明體" w:eastAsia="新細明體" w:hAnsi="新細明體"/>
          <w:sz w:val="28"/>
          <w:szCs w:val="24"/>
          <w:lang w:eastAsia="zh-TW"/>
        </w:rPr>
        <w:t xml:space="preserve">新臺幣　　　　　萬　　　　　仟　　　　　佰　　　　　拾　　　　</w:t>
      </w:r>
      <w:r w:rsidRPr="00F7567E">
        <w:rPr>
          <w:rFonts w:ascii="新細明體" w:eastAsia="新細明體" w:hAnsi="新細明體"/>
          <w:sz w:val="28"/>
          <w:szCs w:val="24"/>
          <w:lang w:eastAsia="zh-TW"/>
        </w:rPr>
        <w:t>元整</w:t>
      </w:r>
      <w:r w:rsidRPr="00F7567E">
        <w:rPr>
          <w:rFonts w:ascii="新細明體" w:eastAsia="新細明體" w:hAnsi="新細明體"/>
          <w:sz w:val="28"/>
          <w:szCs w:val="24"/>
          <w:lang w:eastAsia="zh-TW"/>
        </w:rPr>
        <w:br/>
      </w:r>
      <w:r w:rsidRPr="00F7567E">
        <w:rPr>
          <w:rFonts w:ascii="新細明體" w:eastAsia="新細明體" w:hAnsi="新細明體"/>
          <w:sz w:val="28"/>
          <w:szCs w:val="24"/>
          <w:lang w:eastAsia="zh-TW"/>
        </w:rPr>
        <w:t>（金額由主辦單位依決賽結果填寫）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10"/>
        <w:gridCol w:w="7228"/>
      </w:tblGrid>
      <w:tr w:rsidR="004B3B14" w:rsidRPr="00F7567E" w:rsidTr="00F7567E">
        <w:trPr>
          <w:cantSplit/>
          <w:jc w:val="center"/>
        </w:trPr>
        <w:tc>
          <w:tcPr>
            <w:tcW w:w="241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4"/>
            <w:vAlign w:val="center"/>
          </w:tcPr>
          <w:p w:rsidR="004B3B14" w:rsidRPr="00F7567E" w:rsidRDefault="009802D5" w:rsidP="00F7567E">
            <w:pPr>
              <w:spacing w:beforeLines="50" w:before="120" w:after="0"/>
              <w:jc w:val="center"/>
              <w:rPr>
                <w:rFonts w:ascii="新細明體" w:eastAsia="新細明體" w:hAnsi="新細明體"/>
                <w:sz w:val="28"/>
                <w:szCs w:val="24"/>
              </w:rPr>
            </w:pPr>
            <w:r w:rsidRPr="00F7567E">
              <w:rPr>
                <w:rFonts w:ascii="新細明體" w:eastAsia="新細明體" w:hAnsi="新細明體"/>
                <w:b/>
                <w:sz w:val="28"/>
                <w:szCs w:val="24"/>
              </w:rPr>
              <w:t>填寫項目</w:t>
            </w:r>
          </w:p>
        </w:tc>
        <w:tc>
          <w:tcPr>
            <w:tcW w:w="72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4"/>
            <w:vAlign w:val="center"/>
          </w:tcPr>
          <w:p w:rsidR="004B3B14" w:rsidRPr="00F7567E" w:rsidRDefault="009802D5" w:rsidP="00F7567E">
            <w:pPr>
              <w:spacing w:beforeLines="50" w:before="120" w:after="0"/>
              <w:jc w:val="center"/>
              <w:rPr>
                <w:rFonts w:ascii="新細明體" w:eastAsia="新細明體" w:hAnsi="新細明體"/>
                <w:sz w:val="28"/>
                <w:szCs w:val="24"/>
              </w:rPr>
            </w:pPr>
            <w:r w:rsidRPr="00F7567E">
              <w:rPr>
                <w:rFonts w:ascii="新細明體" w:eastAsia="新細明體" w:hAnsi="新細明體"/>
                <w:b/>
                <w:sz w:val="28"/>
                <w:szCs w:val="24"/>
              </w:rPr>
              <w:t>領款資料</w:t>
            </w:r>
          </w:p>
        </w:tc>
      </w:tr>
      <w:tr w:rsidR="004B3B14" w:rsidRPr="00F7567E" w:rsidTr="00F7567E">
        <w:trPr>
          <w:cantSplit/>
          <w:jc w:val="center"/>
        </w:trPr>
        <w:tc>
          <w:tcPr>
            <w:tcW w:w="241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4B3B14" w:rsidRPr="00F7567E" w:rsidRDefault="009802D5" w:rsidP="00F7567E">
            <w:pPr>
              <w:spacing w:beforeLines="50" w:before="120" w:after="0"/>
              <w:rPr>
                <w:rFonts w:ascii="新細明體" w:eastAsia="新細明體" w:hAnsi="新細明體"/>
                <w:sz w:val="28"/>
                <w:szCs w:val="24"/>
              </w:rPr>
            </w:pPr>
            <w:r w:rsidRPr="00F7567E">
              <w:rPr>
                <w:rFonts w:ascii="新細明體" w:eastAsia="新細明體" w:hAnsi="新細明體"/>
                <w:sz w:val="28"/>
                <w:szCs w:val="24"/>
              </w:rPr>
              <w:t>競賽組別</w:t>
            </w:r>
          </w:p>
        </w:tc>
        <w:tc>
          <w:tcPr>
            <w:tcW w:w="72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4B3B14" w:rsidRPr="00F7567E" w:rsidRDefault="009802D5" w:rsidP="00F7567E">
            <w:pPr>
              <w:spacing w:beforeLines="50" w:before="120" w:after="0"/>
              <w:rPr>
                <w:rFonts w:ascii="新細明體" w:eastAsia="新細明體" w:hAnsi="新細明體"/>
                <w:sz w:val="28"/>
                <w:szCs w:val="24"/>
                <w:lang w:eastAsia="zh-TW"/>
              </w:rPr>
            </w:pPr>
            <w:r w:rsidRPr="00F7567E">
              <w:rPr>
                <w:rFonts w:ascii="新細明體" w:eastAsia="新細明體" w:hAnsi="新細明體"/>
                <w:sz w:val="28"/>
                <w:szCs w:val="24"/>
                <w:lang w:eastAsia="zh-TW"/>
              </w:rPr>
              <w:t>□</w:t>
            </w:r>
            <w:r w:rsidRPr="00F7567E">
              <w:rPr>
                <w:rFonts w:ascii="新細明體" w:eastAsia="新細明體" w:hAnsi="新細明體"/>
                <w:sz w:val="28"/>
                <w:szCs w:val="24"/>
                <w:lang w:eastAsia="zh-TW"/>
              </w:rPr>
              <w:t xml:space="preserve">募資構想組　</w:t>
            </w:r>
            <w:r w:rsidRPr="00F7567E">
              <w:rPr>
                <w:rFonts w:ascii="新細明體" w:eastAsia="新細明體" w:hAnsi="新細明體"/>
                <w:sz w:val="28"/>
                <w:szCs w:val="24"/>
                <w:lang w:eastAsia="zh-TW"/>
              </w:rPr>
              <w:t>□</w:t>
            </w:r>
            <w:r w:rsidRPr="00F7567E">
              <w:rPr>
                <w:rFonts w:ascii="新細明體" w:eastAsia="新細明體" w:hAnsi="新細明體"/>
                <w:sz w:val="28"/>
                <w:szCs w:val="24"/>
                <w:lang w:eastAsia="zh-TW"/>
              </w:rPr>
              <w:t>創業組</w:t>
            </w:r>
          </w:p>
        </w:tc>
      </w:tr>
      <w:tr w:rsidR="004B3B14" w:rsidRPr="00F7567E" w:rsidTr="00F7567E">
        <w:trPr>
          <w:cantSplit/>
          <w:jc w:val="center"/>
        </w:trPr>
        <w:tc>
          <w:tcPr>
            <w:tcW w:w="241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4B3B14" w:rsidRPr="00F7567E" w:rsidRDefault="009802D5" w:rsidP="00F7567E">
            <w:pPr>
              <w:spacing w:beforeLines="50" w:before="120" w:after="0"/>
              <w:rPr>
                <w:rFonts w:ascii="新細明體" w:eastAsia="新細明體" w:hAnsi="新細明體"/>
                <w:sz w:val="28"/>
                <w:szCs w:val="24"/>
              </w:rPr>
            </w:pPr>
            <w:r w:rsidRPr="00F7567E">
              <w:rPr>
                <w:rFonts w:ascii="新細明體" w:eastAsia="新細明體" w:hAnsi="新細明體"/>
                <w:sz w:val="28"/>
                <w:szCs w:val="24"/>
              </w:rPr>
              <w:t>團隊名稱</w:t>
            </w:r>
          </w:p>
        </w:tc>
        <w:tc>
          <w:tcPr>
            <w:tcW w:w="72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4B3B14" w:rsidRPr="00F7567E" w:rsidRDefault="00F7567E" w:rsidP="00F7567E">
            <w:pPr>
              <w:spacing w:beforeLines="50" w:before="120" w:after="0"/>
              <w:rPr>
                <w:rFonts w:ascii="新細明體" w:eastAsia="新細明體" w:hAnsi="新細明體" w:hint="eastAsia"/>
                <w:b/>
                <w:sz w:val="28"/>
                <w:szCs w:val="24"/>
                <w:lang w:eastAsia="zh-TW"/>
              </w:rPr>
            </w:pPr>
            <w:r>
              <w:rPr>
                <w:rFonts w:ascii="Arial" w:eastAsia="標楷體" w:hAnsi="Arial" w:hint="eastAsia"/>
                <w:b/>
                <w:color w:val="FF0000"/>
                <w:sz w:val="32"/>
              </w:rPr>
              <w:t>三</w:t>
            </w:r>
            <w:r>
              <w:rPr>
                <w:rFonts w:ascii="Arial" w:eastAsia="標楷體" w:hAnsi="Arial"/>
                <w:b/>
                <w:color w:val="FF0000"/>
                <w:sz w:val="32"/>
              </w:rPr>
              <w:t>創</w:t>
            </w:r>
            <w:r>
              <w:rPr>
                <w:rFonts w:ascii="Arial" w:eastAsia="標楷體" w:hAnsi="Arial" w:hint="eastAsia"/>
                <w:b/>
                <w:color w:val="FF0000"/>
                <w:sz w:val="32"/>
              </w:rPr>
              <w:t>團</w:t>
            </w:r>
            <w:r>
              <w:rPr>
                <w:rFonts w:ascii="Arial" w:eastAsia="標楷體" w:hAnsi="Arial"/>
                <w:b/>
                <w:color w:val="FF0000"/>
                <w:sz w:val="32"/>
              </w:rPr>
              <w:t>名</w:t>
            </w:r>
          </w:p>
        </w:tc>
      </w:tr>
      <w:tr w:rsidR="004B3B14" w:rsidRPr="00F7567E" w:rsidTr="00F7567E">
        <w:trPr>
          <w:cantSplit/>
          <w:jc w:val="center"/>
        </w:trPr>
        <w:tc>
          <w:tcPr>
            <w:tcW w:w="241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4B3B14" w:rsidRPr="00F7567E" w:rsidRDefault="009802D5" w:rsidP="00F7567E">
            <w:pPr>
              <w:spacing w:beforeLines="50" w:before="120" w:after="0"/>
              <w:rPr>
                <w:rFonts w:ascii="新細明體" w:eastAsia="新細明體" w:hAnsi="新細明體" w:hint="eastAsia"/>
                <w:sz w:val="28"/>
                <w:szCs w:val="24"/>
                <w:lang w:eastAsia="zh-TW"/>
              </w:rPr>
            </w:pPr>
            <w:r w:rsidRPr="00F7567E">
              <w:rPr>
                <w:rFonts w:ascii="新細明體" w:eastAsia="新細明體" w:hAnsi="新細明體"/>
                <w:sz w:val="28"/>
                <w:szCs w:val="24"/>
                <w:lang w:eastAsia="zh-TW"/>
              </w:rPr>
              <w:t>具領人</w:t>
            </w:r>
          </w:p>
        </w:tc>
        <w:tc>
          <w:tcPr>
            <w:tcW w:w="72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4B3B14" w:rsidRPr="00F7567E" w:rsidRDefault="00F7567E" w:rsidP="00F7567E">
            <w:pPr>
              <w:spacing w:beforeLines="50" w:before="120" w:after="0"/>
              <w:ind w:right="640"/>
              <w:rPr>
                <w:rFonts w:ascii="新細明體" w:eastAsia="新細明體" w:hAnsi="新細明體"/>
                <w:sz w:val="28"/>
                <w:szCs w:val="24"/>
                <w:lang w:eastAsia="zh-TW"/>
              </w:rPr>
            </w:pPr>
            <w:r>
              <w:rPr>
                <w:rFonts w:ascii="Arial" w:eastAsia="標楷體" w:hAnsi="Arial" w:hint="eastAsia"/>
                <w:b/>
                <w:color w:val="FF0000"/>
                <w:sz w:val="32"/>
                <w:lang w:eastAsia="zh-TW"/>
              </w:rPr>
              <w:t>陳</w:t>
            </w:r>
            <w:r>
              <w:rPr>
                <w:rFonts w:ascii="Arial" w:eastAsia="標楷體" w:hAnsi="Arial"/>
                <w:b/>
                <w:color w:val="FF0000"/>
                <w:sz w:val="32"/>
                <w:lang w:eastAsia="zh-TW"/>
              </w:rPr>
              <w:t>小明</w:t>
            </w:r>
            <w:r>
              <w:rPr>
                <w:rFonts w:ascii="新細明體" w:eastAsia="新細明體" w:hAnsi="新細明體"/>
                <w:sz w:val="28"/>
                <w:szCs w:val="24"/>
                <w:lang w:eastAsia="zh-TW"/>
              </w:rPr>
              <w:t xml:space="preserve">　　　　（相關經費已核實報支，簽章</w:t>
            </w:r>
            <w:r w:rsidR="009802D5" w:rsidRPr="00F7567E">
              <w:rPr>
                <w:rFonts w:ascii="新細明體" w:eastAsia="新細明體" w:hAnsi="新細明體"/>
                <w:sz w:val="28"/>
                <w:szCs w:val="24"/>
                <w:lang w:eastAsia="zh-TW"/>
              </w:rPr>
              <w:t>責）</w:t>
            </w:r>
          </w:p>
        </w:tc>
      </w:tr>
      <w:tr w:rsidR="004B3B14" w:rsidRPr="00F7567E" w:rsidTr="00F7567E">
        <w:trPr>
          <w:cantSplit/>
          <w:jc w:val="center"/>
        </w:trPr>
        <w:tc>
          <w:tcPr>
            <w:tcW w:w="241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4B3B14" w:rsidRPr="00F7567E" w:rsidRDefault="009802D5" w:rsidP="00F7567E">
            <w:pPr>
              <w:spacing w:beforeLines="50" w:before="120" w:after="0"/>
              <w:rPr>
                <w:rFonts w:ascii="新細明體" w:eastAsia="新細明體" w:hAnsi="新細明體"/>
                <w:sz w:val="28"/>
                <w:szCs w:val="24"/>
              </w:rPr>
            </w:pPr>
            <w:r w:rsidRPr="00F7567E">
              <w:rPr>
                <w:rFonts w:ascii="新細明體" w:eastAsia="新細明體" w:hAnsi="新細明體"/>
                <w:sz w:val="28"/>
                <w:szCs w:val="24"/>
              </w:rPr>
              <w:t>職稱</w:t>
            </w:r>
          </w:p>
        </w:tc>
        <w:tc>
          <w:tcPr>
            <w:tcW w:w="72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4B3B14" w:rsidRPr="00F7567E" w:rsidRDefault="009802D5" w:rsidP="00F7567E">
            <w:pPr>
              <w:spacing w:beforeLines="50" w:before="120" w:after="0"/>
              <w:rPr>
                <w:rFonts w:ascii="新細明體" w:eastAsia="新細明體" w:hAnsi="新細明體"/>
                <w:sz w:val="28"/>
                <w:szCs w:val="24"/>
              </w:rPr>
            </w:pPr>
            <w:r w:rsidRPr="00F7567E">
              <w:rPr>
                <w:rFonts w:ascii="新細明體" w:eastAsia="新細明體" w:hAnsi="新細明體"/>
                <w:sz w:val="28"/>
                <w:szCs w:val="24"/>
              </w:rPr>
              <w:t>團隊代表人</w:t>
            </w:r>
          </w:p>
        </w:tc>
      </w:tr>
      <w:tr w:rsidR="004B3B14" w:rsidRPr="00F7567E" w:rsidTr="00F7567E">
        <w:trPr>
          <w:cantSplit/>
          <w:jc w:val="center"/>
        </w:trPr>
        <w:tc>
          <w:tcPr>
            <w:tcW w:w="241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F7567E" w:rsidRPr="00F7567E" w:rsidRDefault="009802D5" w:rsidP="00F7567E">
            <w:pPr>
              <w:spacing w:beforeLines="50" w:before="120" w:after="0"/>
              <w:rPr>
                <w:rFonts w:ascii="新細明體" w:eastAsia="新細明體" w:hAnsi="新細明體"/>
                <w:sz w:val="28"/>
                <w:szCs w:val="24"/>
                <w:lang w:eastAsia="zh-TW"/>
              </w:rPr>
            </w:pPr>
            <w:r w:rsidRPr="00F7567E">
              <w:rPr>
                <w:rFonts w:ascii="新細明體" w:eastAsia="新細明體" w:hAnsi="新細明體"/>
                <w:sz w:val="28"/>
                <w:szCs w:val="24"/>
                <w:lang w:eastAsia="zh-TW"/>
              </w:rPr>
              <w:t>身分證字號或</w:t>
            </w:r>
          </w:p>
          <w:p w:rsidR="004B3B14" w:rsidRPr="00F7567E" w:rsidRDefault="00F7567E" w:rsidP="00F7567E">
            <w:pPr>
              <w:spacing w:beforeLines="50" w:before="120" w:after="0"/>
              <w:rPr>
                <w:rFonts w:ascii="新細明體" w:eastAsia="新細明體" w:hAnsi="新細明體"/>
                <w:sz w:val="28"/>
                <w:szCs w:val="24"/>
                <w:lang w:eastAsia="zh-TW"/>
              </w:rPr>
            </w:pPr>
            <w:r w:rsidRPr="00F7567E">
              <w:rPr>
                <w:rFonts w:ascii="新細明體" w:eastAsia="新細明體" w:hAnsi="新細明體" w:hint="eastAsia"/>
                <w:sz w:val="28"/>
                <w:szCs w:val="24"/>
                <w:lang w:eastAsia="zh-TW"/>
              </w:rPr>
              <w:t>(</w:t>
            </w:r>
            <w:r w:rsidR="009802D5" w:rsidRPr="00F7567E">
              <w:rPr>
                <w:rFonts w:ascii="新細明體" w:eastAsia="新細明體" w:hAnsi="新細明體"/>
                <w:sz w:val="28"/>
                <w:szCs w:val="24"/>
                <w:lang w:eastAsia="zh-TW"/>
              </w:rPr>
              <w:t>居留證號碼</w:t>
            </w:r>
            <w:r w:rsidRPr="00F7567E">
              <w:rPr>
                <w:rFonts w:ascii="新細明體" w:eastAsia="新細明體" w:hAnsi="新細明體" w:hint="eastAsia"/>
                <w:sz w:val="28"/>
                <w:szCs w:val="24"/>
                <w:lang w:eastAsia="zh-TW"/>
              </w:rPr>
              <w:t>)</w:t>
            </w:r>
          </w:p>
        </w:tc>
        <w:tc>
          <w:tcPr>
            <w:tcW w:w="72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4B3B14" w:rsidRPr="00F7567E" w:rsidRDefault="00F7567E" w:rsidP="00F7567E">
            <w:pPr>
              <w:snapToGrid w:val="0"/>
              <w:spacing w:line="400" w:lineRule="exact"/>
              <w:rPr>
                <w:rFonts w:eastAsia="標楷體" w:hint="eastAsia"/>
                <w:sz w:val="28"/>
              </w:rPr>
            </w:pPr>
            <w:r>
              <w:rPr>
                <w:rFonts w:ascii="Arial" w:eastAsia="標楷體" w:hAnsi="Arial" w:hint="eastAsia"/>
                <w:b/>
                <w:color w:val="FF0000"/>
                <w:sz w:val="32"/>
              </w:rPr>
              <w:t>L123456789</w:t>
            </w:r>
          </w:p>
        </w:tc>
      </w:tr>
      <w:tr w:rsidR="004B3B14" w:rsidRPr="00F7567E" w:rsidTr="00F7567E">
        <w:trPr>
          <w:cantSplit/>
          <w:jc w:val="center"/>
        </w:trPr>
        <w:tc>
          <w:tcPr>
            <w:tcW w:w="241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4B3B14" w:rsidRPr="00F7567E" w:rsidRDefault="009802D5" w:rsidP="00F7567E">
            <w:pPr>
              <w:spacing w:beforeLines="50" w:before="120" w:after="0"/>
              <w:rPr>
                <w:rFonts w:ascii="新細明體" w:eastAsia="新細明體" w:hAnsi="新細明體"/>
                <w:sz w:val="28"/>
                <w:szCs w:val="24"/>
              </w:rPr>
            </w:pPr>
            <w:r w:rsidRPr="00F7567E">
              <w:rPr>
                <w:rFonts w:ascii="新細明體" w:eastAsia="新細明體" w:hAnsi="新細明體"/>
                <w:sz w:val="28"/>
                <w:szCs w:val="24"/>
              </w:rPr>
              <w:t>戶籍地址</w:t>
            </w:r>
          </w:p>
        </w:tc>
        <w:tc>
          <w:tcPr>
            <w:tcW w:w="72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4B3B14" w:rsidRPr="008B2A82" w:rsidRDefault="008B2A82" w:rsidP="008B2A82">
            <w:pPr>
              <w:snapToGrid w:val="0"/>
              <w:spacing w:line="400" w:lineRule="exact"/>
              <w:rPr>
                <w:rFonts w:eastAsia="標楷體" w:hint="eastAsia"/>
                <w:sz w:val="28"/>
                <w:lang w:eastAsia="zh-TW"/>
              </w:rPr>
            </w:pPr>
            <w:r>
              <w:rPr>
                <w:rFonts w:ascii="Arial" w:eastAsia="標楷體" w:hAnsi="Arial" w:hint="eastAsia"/>
                <w:b/>
                <w:color w:val="FF0000"/>
                <w:sz w:val="32"/>
                <w:lang w:eastAsia="zh-TW"/>
              </w:rPr>
              <w:t>台東市</w:t>
            </w:r>
            <w:r w:rsidRPr="00B57CBF">
              <w:rPr>
                <w:rFonts w:eastAsia="標楷體" w:hint="eastAsia"/>
                <w:sz w:val="28"/>
                <w:lang w:eastAsia="zh-TW"/>
              </w:rPr>
              <w:t>縣</w:t>
            </w:r>
            <w:r w:rsidRPr="00B57CBF">
              <w:rPr>
                <w:rFonts w:eastAsia="標楷體" w:hint="eastAsia"/>
                <w:sz w:val="28"/>
                <w:lang w:eastAsia="zh-TW"/>
              </w:rPr>
              <w:t>(</w:t>
            </w:r>
            <w:r w:rsidRPr="00B57CBF">
              <w:rPr>
                <w:rFonts w:eastAsia="標楷體" w:hint="eastAsia"/>
                <w:sz w:val="28"/>
                <w:lang w:eastAsia="zh-TW"/>
              </w:rPr>
              <w:t>市</w:t>
            </w:r>
            <w:r>
              <w:rPr>
                <w:rFonts w:eastAsia="標楷體" w:hint="eastAsia"/>
                <w:sz w:val="28"/>
                <w:lang w:eastAsia="zh-TW"/>
              </w:rPr>
              <w:t xml:space="preserve">) </w:t>
            </w:r>
            <w:r>
              <w:rPr>
                <w:rFonts w:eastAsia="標楷體" w:hint="eastAsia"/>
                <w:color w:val="FF0000"/>
                <w:sz w:val="28"/>
                <w:lang w:eastAsia="zh-TW"/>
              </w:rPr>
              <w:t>中</w:t>
            </w:r>
            <w:r>
              <w:rPr>
                <w:rFonts w:eastAsia="標楷體"/>
                <w:color w:val="FF0000"/>
                <w:sz w:val="28"/>
                <w:lang w:eastAsia="zh-TW"/>
              </w:rPr>
              <w:t>華</w:t>
            </w:r>
            <w:r w:rsidRPr="00B57CBF">
              <w:rPr>
                <w:rFonts w:eastAsia="標楷體" w:hint="eastAsia"/>
                <w:sz w:val="28"/>
                <w:lang w:eastAsia="zh-TW"/>
              </w:rPr>
              <w:t xml:space="preserve"> </w:t>
            </w:r>
            <w:r w:rsidRPr="00B57CBF">
              <w:rPr>
                <w:rFonts w:eastAsia="標楷體" w:hint="eastAsia"/>
                <w:sz w:val="28"/>
                <w:lang w:eastAsia="zh-TW"/>
              </w:rPr>
              <w:t>路</w:t>
            </w:r>
            <w:r w:rsidRPr="00B57CBF">
              <w:rPr>
                <w:rFonts w:eastAsia="標楷體" w:hint="eastAsia"/>
                <w:sz w:val="28"/>
                <w:lang w:eastAsia="zh-TW"/>
              </w:rPr>
              <w:t>(</w:t>
            </w:r>
            <w:r w:rsidRPr="00B57CBF">
              <w:rPr>
                <w:rFonts w:eastAsia="標楷體" w:hint="eastAsia"/>
                <w:sz w:val="28"/>
                <w:lang w:eastAsia="zh-TW"/>
              </w:rPr>
              <w:t>街</w:t>
            </w:r>
            <w:r w:rsidRPr="00B57CBF">
              <w:rPr>
                <w:rFonts w:eastAsia="標楷體" w:hint="eastAsia"/>
                <w:sz w:val="28"/>
                <w:lang w:eastAsia="zh-TW"/>
              </w:rPr>
              <w:t xml:space="preserve">)   </w:t>
            </w:r>
            <w:r w:rsidRPr="008704FF">
              <w:rPr>
                <w:rFonts w:eastAsia="標楷體" w:hint="eastAsia"/>
                <w:color w:val="FF0000"/>
                <w:sz w:val="28"/>
                <w:lang w:eastAsia="zh-TW"/>
              </w:rPr>
              <w:t>一</w:t>
            </w:r>
            <w:r w:rsidRPr="00B57CBF">
              <w:rPr>
                <w:rFonts w:eastAsia="標楷體" w:hint="eastAsia"/>
                <w:sz w:val="28"/>
                <w:lang w:eastAsia="zh-TW"/>
              </w:rPr>
              <w:t xml:space="preserve"> </w:t>
            </w:r>
            <w:r w:rsidRPr="00B57CBF">
              <w:rPr>
                <w:rFonts w:eastAsia="標楷體" w:hint="eastAsia"/>
                <w:sz w:val="28"/>
                <w:lang w:eastAsia="zh-TW"/>
              </w:rPr>
              <w:t>段</w:t>
            </w:r>
            <w:r w:rsidRPr="008704FF">
              <w:rPr>
                <w:rFonts w:eastAsia="標楷體"/>
                <w:color w:val="FF0000"/>
                <w:sz w:val="28"/>
                <w:lang w:eastAsia="zh-TW"/>
              </w:rPr>
              <w:t>684</w:t>
            </w:r>
            <w:r w:rsidRPr="008704FF">
              <w:rPr>
                <w:rFonts w:eastAsia="標楷體" w:hint="eastAsia"/>
                <w:color w:val="FF0000"/>
                <w:sz w:val="28"/>
                <w:lang w:eastAsia="zh-TW"/>
              </w:rPr>
              <w:t xml:space="preserve">  </w:t>
            </w:r>
            <w:r w:rsidRPr="00B57CBF">
              <w:rPr>
                <w:rFonts w:eastAsia="標楷體" w:hint="eastAsia"/>
                <w:sz w:val="28"/>
                <w:lang w:eastAsia="zh-TW"/>
              </w:rPr>
              <w:t>號</w:t>
            </w:r>
            <w:r>
              <w:rPr>
                <w:rFonts w:eastAsia="標楷體" w:hint="eastAsia"/>
                <w:sz w:val="28"/>
                <w:lang w:eastAsia="zh-TW"/>
              </w:rPr>
              <w:t xml:space="preserve"> </w:t>
            </w:r>
          </w:p>
        </w:tc>
      </w:tr>
      <w:tr w:rsidR="004B3B14" w:rsidRPr="00F7567E" w:rsidTr="00F7567E">
        <w:trPr>
          <w:cantSplit/>
          <w:jc w:val="center"/>
        </w:trPr>
        <w:tc>
          <w:tcPr>
            <w:tcW w:w="241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F7567E" w:rsidRPr="00F7567E" w:rsidRDefault="009802D5" w:rsidP="00F7567E">
            <w:pPr>
              <w:spacing w:beforeLines="50" w:before="120" w:after="0" w:line="240" w:lineRule="auto"/>
              <w:rPr>
                <w:rFonts w:ascii="新細明體" w:eastAsia="新細明體" w:hAnsi="新細明體"/>
                <w:sz w:val="28"/>
                <w:szCs w:val="24"/>
                <w:lang w:eastAsia="zh-TW"/>
              </w:rPr>
            </w:pPr>
            <w:r w:rsidRPr="00F7567E">
              <w:rPr>
                <w:rFonts w:ascii="新細明體" w:eastAsia="新細明體" w:hAnsi="新細明體"/>
                <w:sz w:val="28"/>
                <w:szCs w:val="24"/>
                <w:lang w:eastAsia="zh-TW"/>
              </w:rPr>
              <w:t>金融機構名稱</w:t>
            </w:r>
          </w:p>
          <w:p w:rsidR="004B3B14" w:rsidRPr="00F7567E" w:rsidRDefault="00F7567E" w:rsidP="00F7567E">
            <w:pPr>
              <w:spacing w:beforeLines="50" w:before="120" w:after="0" w:line="240" w:lineRule="auto"/>
              <w:rPr>
                <w:rFonts w:ascii="新細明體" w:eastAsia="新細明體" w:hAnsi="新細明體" w:hint="eastAsia"/>
                <w:sz w:val="28"/>
                <w:szCs w:val="24"/>
                <w:lang w:eastAsia="zh-TW"/>
              </w:rPr>
            </w:pPr>
            <w:r w:rsidRPr="00F7567E">
              <w:rPr>
                <w:rFonts w:ascii="新細明體" w:eastAsia="新細明體" w:hAnsi="新細明體" w:hint="eastAsia"/>
                <w:sz w:val="28"/>
                <w:szCs w:val="24"/>
                <w:lang w:eastAsia="zh-TW"/>
              </w:rPr>
              <w:t>(郵局</w:t>
            </w:r>
            <w:r>
              <w:rPr>
                <w:rFonts w:ascii="新細明體" w:eastAsia="新細明體" w:hAnsi="新細明體" w:hint="eastAsia"/>
                <w:sz w:val="28"/>
                <w:szCs w:val="24"/>
                <w:lang w:eastAsia="zh-TW"/>
              </w:rPr>
              <w:t>不扣手續費</w:t>
            </w:r>
            <w:r w:rsidRPr="00F7567E">
              <w:rPr>
                <w:rFonts w:ascii="新細明體" w:eastAsia="新細明體" w:hAnsi="新細明體" w:hint="eastAsia"/>
                <w:sz w:val="28"/>
                <w:szCs w:val="24"/>
                <w:lang w:eastAsia="zh-TW"/>
              </w:rPr>
              <w:t>)</w:t>
            </w:r>
          </w:p>
        </w:tc>
        <w:tc>
          <w:tcPr>
            <w:tcW w:w="72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4B3B14" w:rsidRPr="00F7567E" w:rsidRDefault="00F7567E" w:rsidP="008B2A82">
            <w:pPr>
              <w:spacing w:beforeLines="50" w:before="120" w:after="0"/>
              <w:rPr>
                <w:rFonts w:ascii="新細明體" w:eastAsia="新細明體" w:hAnsi="新細明體"/>
                <w:sz w:val="28"/>
                <w:szCs w:val="24"/>
                <w:lang w:eastAsia="zh-TW"/>
              </w:rPr>
            </w:pPr>
            <w:r>
              <w:rPr>
                <w:rFonts w:ascii="新細明體" w:eastAsia="新細明體" w:hAnsi="新細明體"/>
                <w:sz w:val="28"/>
                <w:szCs w:val="24"/>
                <w:lang w:eastAsia="zh-TW"/>
              </w:rPr>
              <w:t xml:space="preserve">　</w:t>
            </w:r>
            <w:r w:rsidR="008B2A82" w:rsidRPr="0014720B">
              <w:rPr>
                <w:rFonts w:ascii="新細明體" w:eastAsia="新細明體" w:hAnsi="新細明體" w:hint="eastAsia"/>
                <w:color w:val="FF0000"/>
                <w:sz w:val="28"/>
                <w:szCs w:val="24"/>
                <w:lang w:eastAsia="zh-TW"/>
              </w:rPr>
              <w:t>中華郵政</w:t>
            </w:r>
            <w:r>
              <w:rPr>
                <w:rFonts w:ascii="新細明體" w:eastAsia="新細明體" w:hAnsi="新細明體" w:hint="eastAsia"/>
                <w:sz w:val="28"/>
                <w:szCs w:val="24"/>
                <w:lang w:eastAsia="zh-TW"/>
              </w:rPr>
              <w:t xml:space="preserve"> </w:t>
            </w:r>
            <w:r w:rsidR="008B2A82">
              <w:rPr>
                <w:rFonts w:ascii="新細明體" w:eastAsia="新細明體" w:hAnsi="新細明體"/>
                <w:sz w:val="28"/>
                <w:szCs w:val="24"/>
                <w:lang w:eastAsia="zh-TW"/>
              </w:rPr>
              <w:t xml:space="preserve">     </w:t>
            </w:r>
            <w:r>
              <w:rPr>
                <w:rFonts w:ascii="新細明體" w:eastAsia="新細明體" w:hAnsi="新細明體"/>
                <w:sz w:val="28"/>
                <w:szCs w:val="24"/>
                <w:lang w:eastAsia="zh-TW"/>
              </w:rPr>
              <w:t xml:space="preserve">  銀行／郵局　</w:t>
            </w:r>
            <w:r w:rsidRPr="0014720B">
              <w:rPr>
                <w:rFonts w:ascii="新細明體" w:eastAsia="新細明體" w:hAnsi="新細明體"/>
                <w:color w:val="FF0000"/>
                <w:sz w:val="28"/>
                <w:szCs w:val="24"/>
                <w:lang w:eastAsia="zh-TW"/>
              </w:rPr>
              <w:t xml:space="preserve">　</w:t>
            </w:r>
            <w:r w:rsidR="008B2A82" w:rsidRPr="0014720B">
              <w:rPr>
                <w:rFonts w:ascii="新細明體" w:eastAsia="新細明體" w:hAnsi="新細明體" w:hint="eastAsia"/>
                <w:color w:val="FF0000"/>
                <w:sz w:val="28"/>
                <w:szCs w:val="24"/>
                <w:lang w:eastAsia="zh-TW"/>
              </w:rPr>
              <w:t>台東</w:t>
            </w:r>
            <w:r w:rsidR="009802D5" w:rsidRPr="00F7567E">
              <w:rPr>
                <w:rFonts w:ascii="新細明體" w:eastAsia="新細明體" w:hAnsi="新細明體"/>
                <w:sz w:val="28"/>
                <w:szCs w:val="24"/>
                <w:lang w:eastAsia="zh-TW"/>
              </w:rPr>
              <w:t xml:space="preserve">　分行／支局</w:t>
            </w:r>
          </w:p>
        </w:tc>
      </w:tr>
      <w:tr w:rsidR="004B3B14" w:rsidRPr="00F7567E" w:rsidTr="00F7567E">
        <w:trPr>
          <w:cantSplit/>
          <w:jc w:val="center"/>
        </w:trPr>
        <w:tc>
          <w:tcPr>
            <w:tcW w:w="241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4B3B14" w:rsidRPr="00F7567E" w:rsidRDefault="009802D5" w:rsidP="00F7567E">
            <w:pPr>
              <w:spacing w:beforeLines="50" w:before="120" w:after="0"/>
              <w:rPr>
                <w:rFonts w:ascii="新細明體" w:eastAsia="新細明體" w:hAnsi="新細明體"/>
                <w:sz w:val="28"/>
                <w:szCs w:val="24"/>
              </w:rPr>
            </w:pPr>
            <w:r w:rsidRPr="00F7567E">
              <w:rPr>
                <w:rFonts w:ascii="新細明體" w:eastAsia="新細明體" w:hAnsi="新細明體"/>
                <w:sz w:val="28"/>
                <w:szCs w:val="24"/>
              </w:rPr>
              <w:t>戶名</w:t>
            </w:r>
          </w:p>
        </w:tc>
        <w:tc>
          <w:tcPr>
            <w:tcW w:w="72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4B3B14" w:rsidRPr="00F7567E" w:rsidRDefault="0014720B" w:rsidP="0014720B">
            <w:pPr>
              <w:spacing w:beforeLines="50" w:before="120" w:after="0"/>
              <w:ind w:right="560"/>
              <w:jc w:val="right"/>
              <w:rPr>
                <w:rFonts w:ascii="新細明體" w:eastAsia="新細明體" w:hAnsi="新細明體"/>
                <w:sz w:val="28"/>
                <w:szCs w:val="24"/>
                <w:lang w:eastAsia="zh-TW"/>
              </w:rPr>
            </w:pPr>
            <w:r>
              <w:rPr>
                <w:rFonts w:ascii="Arial" w:eastAsia="標楷體" w:hAnsi="Arial" w:hint="eastAsia"/>
                <w:b/>
                <w:color w:val="FF0000"/>
                <w:sz w:val="32"/>
                <w:lang w:eastAsia="zh-TW"/>
              </w:rPr>
              <w:t>陳</w:t>
            </w:r>
            <w:r>
              <w:rPr>
                <w:rFonts w:ascii="Arial" w:eastAsia="標楷體" w:hAnsi="Arial"/>
                <w:b/>
                <w:color w:val="FF0000"/>
                <w:sz w:val="32"/>
                <w:lang w:eastAsia="zh-TW"/>
              </w:rPr>
              <w:t>小明</w:t>
            </w:r>
            <w:r>
              <w:rPr>
                <w:rFonts w:ascii="新細明體" w:eastAsia="新細明體" w:hAnsi="新細明體"/>
                <w:sz w:val="28"/>
                <w:szCs w:val="24"/>
                <w:lang w:eastAsia="zh-TW"/>
              </w:rPr>
              <w:t xml:space="preserve">　　　　　　</w:t>
            </w:r>
            <w:r w:rsidR="009802D5" w:rsidRPr="00F7567E">
              <w:rPr>
                <w:rFonts w:ascii="新細明體" w:eastAsia="新細明體" w:hAnsi="新細明體"/>
                <w:sz w:val="28"/>
                <w:szCs w:val="24"/>
                <w:lang w:eastAsia="zh-TW"/>
              </w:rPr>
              <w:t xml:space="preserve">　　（須與具領人姓名一致）</w:t>
            </w:r>
          </w:p>
        </w:tc>
      </w:tr>
      <w:tr w:rsidR="004B3B14" w:rsidRPr="00F7567E" w:rsidTr="00F7567E">
        <w:trPr>
          <w:cantSplit/>
          <w:jc w:val="center"/>
        </w:trPr>
        <w:tc>
          <w:tcPr>
            <w:tcW w:w="241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4B3B14" w:rsidRPr="00F7567E" w:rsidRDefault="009802D5" w:rsidP="00F7567E">
            <w:pPr>
              <w:spacing w:beforeLines="50" w:before="120" w:after="0"/>
              <w:rPr>
                <w:rFonts w:ascii="新細明體" w:eastAsia="新細明體" w:hAnsi="新細明體"/>
                <w:sz w:val="28"/>
                <w:szCs w:val="24"/>
              </w:rPr>
            </w:pPr>
            <w:r w:rsidRPr="00F7567E">
              <w:rPr>
                <w:rFonts w:ascii="新細明體" w:eastAsia="新細明體" w:hAnsi="新細明體"/>
                <w:sz w:val="28"/>
                <w:szCs w:val="24"/>
              </w:rPr>
              <w:t>帳號</w:t>
            </w:r>
          </w:p>
        </w:tc>
        <w:tc>
          <w:tcPr>
            <w:tcW w:w="72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4B3B14" w:rsidRPr="00DD67C9" w:rsidRDefault="0014720B" w:rsidP="00F7567E">
            <w:pPr>
              <w:spacing w:beforeLines="50" w:before="120" w:after="0"/>
              <w:rPr>
                <w:rFonts w:ascii="新細明體" w:eastAsia="新細明體" w:hAnsi="新細明體" w:hint="eastAsia"/>
                <w:color w:val="FF0000"/>
                <w:sz w:val="28"/>
                <w:szCs w:val="24"/>
                <w:lang w:eastAsia="zh-TW"/>
              </w:rPr>
            </w:pPr>
            <w:r w:rsidRPr="00DD67C9">
              <w:rPr>
                <w:rFonts w:ascii="新細明體" w:eastAsia="新細明體" w:hAnsi="新細明體" w:hint="eastAsia"/>
                <w:color w:val="FF0000"/>
                <w:sz w:val="28"/>
                <w:szCs w:val="24"/>
                <w:lang w:eastAsia="zh-TW"/>
              </w:rPr>
              <w:t>1</w:t>
            </w:r>
            <w:r w:rsidRPr="00DD67C9">
              <w:rPr>
                <w:rFonts w:ascii="新細明體" w:eastAsia="新細明體" w:hAnsi="新細明體"/>
                <w:color w:val="FF0000"/>
                <w:sz w:val="28"/>
                <w:szCs w:val="24"/>
                <w:lang w:eastAsia="zh-TW"/>
              </w:rPr>
              <w:t>234-1234-1234</w:t>
            </w:r>
          </w:p>
        </w:tc>
      </w:tr>
      <w:tr w:rsidR="004B3B14" w:rsidRPr="00F7567E" w:rsidTr="00F7567E">
        <w:trPr>
          <w:cantSplit/>
          <w:jc w:val="center"/>
        </w:trPr>
        <w:tc>
          <w:tcPr>
            <w:tcW w:w="241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4B3B14" w:rsidRPr="00F7567E" w:rsidRDefault="009802D5" w:rsidP="00F7567E">
            <w:pPr>
              <w:spacing w:beforeLines="50" w:before="120" w:after="0"/>
              <w:rPr>
                <w:rFonts w:ascii="新細明體" w:eastAsia="新細明體" w:hAnsi="新細明體"/>
                <w:sz w:val="28"/>
                <w:szCs w:val="24"/>
              </w:rPr>
            </w:pPr>
            <w:r w:rsidRPr="00F7567E">
              <w:rPr>
                <w:rFonts w:ascii="新細明體" w:eastAsia="新細明體" w:hAnsi="新細明體"/>
                <w:sz w:val="28"/>
                <w:szCs w:val="24"/>
              </w:rPr>
              <w:t>附件</w:t>
            </w:r>
          </w:p>
        </w:tc>
        <w:tc>
          <w:tcPr>
            <w:tcW w:w="72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4B3B14" w:rsidRPr="00F7567E" w:rsidRDefault="009802D5" w:rsidP="00F7567E">
            <w:pPr>
              <w:spacing w:beforeLines="50" w:before="120" w:after="0"/>
              <w:rPr>
                <w:rFonts w:ascii="新細明體" w:eastAsia="新細明體" w:hAnsi="新細明體"/>
                <w:sz w:val="28"/>
                <w:szCs w:val="24"/>
              </w:rPr>
            </w:pPr>
            <w:r w:rsidRPr="00F7567E">
              <w:rPr>
                <w:rFonts w:ascii="新細明體" w:eastAsia="新細明體" w:hAnsi="新細明體"/>
                <w:sz w:val="28"/>
                <w:szCs w:val="24"/>
              </w:rPr>
              <w:t>□</w:t>
            </w:r>
            <w:r w:rsidRPr="00F7567E">
              <w:rPr>
                <w:rFonts w:ascii="新細明體" w:eastAsia="新細明體" w:hAnsi="新細明體"/>
                <w:sz w:val="28"/>
                <w:szCs w:val="24"/>
              </w:rPr>
              <w:t>已附存摺封面影本</w:t>
            </w:r>
          </w:p>
        </w:tc>
      </w:tr>
    </w:tbl>
    <w:p w:rsidR="004B3B14" w:rsidRPr="00F7567E" w:rsidRDefault="00A53260" w:rsidP="00F7567E">
      <w:pPr>
        <w:spacing w:after="0"/>
        <w:jc w:val="center"/>
        <w:rPr>
          <w:rFonts w:ascii="新細明體" w:eastAsia="新細明體" w:hAnsi="新細明體"/>
          <w:sz w:val="24"/>
          <w:szCs w:val="24"/>
          <w:lang w:eastAsia="zh-TW"/>
        </w:rPr>
      </w:pPr>
      <w:r>
        <w:rPr>
          <w:rFonts w:ascii="新細明體" w:eastAsia="新細明體" w:hAnsi="新細明體"/>
          <w:sz w:val="24"/>
          <w:szCs w:val="24"/>
          <w:lang w:eastAsia="zh-TW"/>
        </w:rPr>
        <w:br/>
      </w:r>
      <w:r w:rsidR="009802D5" w:rsidRPr="00F7567E">
        <w:rPr>
          <w:rFonts w:ascii="新細明體" w:eastAsia="新細明體" w:hAnsi="新細明體"/>
          <w:sz w:val="24"/>
          <w:szCs w:val="24"/>
          <w:lang w:eastAsia="zh-TW"/>
        </w:rPr>
        <w:t>中華民國</w:t>
      </w:r>
      <w:r w:rsidR="009802D5" w:rsidRPr="00F7567E">
        <w:rPr>
          <w:rFonts w:ascii="新細明體" w:eastAsia="新細明體" w:hAnsi="新細明體"/>
          <w:sz w:val="24"/>
          <w:szCs w:val="24"/>
          <w:lang w:eastAsia="zh-TW"/>
        </w:rPr>
        <w:t>115</w:t>
      </w:r>
      <w:r w:rsidR="009802D5" w:rsidRPr="00F7567E">
        <w:rPr>
          <w:rFonts w:ascii="新細明體" w:eastAsia="新細明體" w:hAnsi="新細明體"/>
          <w:sz w:val="24"/>
          <w:szCs w:val="24"/>
          <w:lang w:eastAsia="zh-TW"/>
        </w:rPr>
        <w:t>年　　　　月　　　　日（由主辦單位填寫）</w:t>
      </w:r>
    </w:p>
    <w:sectPr w:rsidR="004B3B14" w:rsidRPr="00F7567E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02D5" w:rsidRDefault="009802D5" w:rsidP="00F7567E">
      <w:pPr>
        <w:spacing w:after="0" w:line="240" w:lineRule="auto"/>
      </w:pPr>
      <w:r>
        <w:separator/>
      </w:r>
    </w:p>
  </w:endnote>
  <w:endnote w:type="continuationSeparator" w:id="0">
    <w:p w:rsidR="009802D5" w:rsidRDefault="009802D5" w:rsidP="00F756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新細明體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02D5" w:rsidRDefault="009802D5" w:rsidP="00F7567E">
      <w:pPr>
        <w:spacing w:after="0" w:line="240" w:lineRule="auto"/>
      </w:pPr>
      <w:r>
        <w:separator/>
      </w:r>
    </w:p>
  </w:footnote>
  <w:footnote w:type="continuationSeparator" w:id="0">
    <w:p w:rsidR="009802D5" w:rsidRDefault="009802D5" w:rsidP="00F756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4720B"/>
    <w:rsid w:val="0015074B"/>
    <w:rsid w:val="001E65C3"/>
    <w:rsid w:val="0029639D"/>
    <w:rsid w:val="00326F90"/>
    <w:rsid w:val="004B3B14"/>
    <w:rsid w:val="00600074"/>
    <w:rsid w:val="008B2A82"/>
    <w:rsid w:val="009802D5"/>
    <w:rsid w:val="00A53260"/>
    <w:rsid w:val="00A61A88"/>
    <w:rsid w:val="00AA1D8D"/>
    <w:rsid w:val="00B47730"/>
    <w:rsid w:val="00CB0664"/>
    <w:rsid w:val="00DD67C9"/>
    <w:rsid w:val="00F7567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F00B875"/>
  <w14:defaultImageDpi w14:val="300"/>
  <w15:docId w15:val="{C08C85C2-5096-4414-A43D-28B29ED8F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120" w:line="288" w:lineRule="auto"/>
    </w:pPr>
    <w:rPr>
      <w:rFonts w:ascii="微軟正黑體" w:eastAsia="微軟正黑體" w:hAnsi="微軟正黑體"/>
      <w:color w:val="00000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4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E376761-CD25-4146-B585-A1AAD8DB74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2026國立臺東大學三創競賽獎金資訊表及用餐需求回報表</dc:title>
  <dc:subject/>
  <dc:creator>python-docx</dc:creator>
  <cp:keywords/>
  <dc:description>generated by python-docx</dc:description>
  <cp:lastModifiedBy>Windows 使用者</cp:lastModifiedBy>
  <cp:revision>7</cp:revision>
  <dcterms:created xsi:type="dcterms:W3CDTF">2013-12-23T23:15:00Z</dcterms:created>
  <dcterms:modified xsi:type="dcterms:W3CDTF">2026-11-06T07:14:00Z</dcterms:modified>
  <cp:category/>
</cp:coreProperties>
</file>